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5EBAE" w14:textId="4349B350" w:rsidR="00395447" w:rsidRPr="00907B3F" w:rsidRDefault="00000000" w:rsidP="0025621E">
      <w:pPr>
        <w:pStyle w:val="Kop1"/>
        <w:rPr>
          <w:rFonts w:ascii="Calibri Light" w:hAnsi="Calibri Light" w:cs="Calibri Light"/>
          <w:sz w:val="40"/>
          <w:szCs w:val="40"/>
        </w:rPr>
      </w:pPr>
      <w:r w:rsidRPr="00907B3F">
        <w:rPr>
          <w:rFonts w:ascii="Calibri Light" w:hAnsi="Calibri Light" w:cs="Calibri Light"/>
          <w:sz w:val="40"/>
          <w:szCs w:val="40"/>
        </w:rPr>
        <w:t>Privacyverklaring</w:t>
      </w:r>
    </w:p>
    <w:p w14:paraId="73CF3F62" w14:textId="77777777" w:rsidR="00395447" w:rsidRPr="006A1186" w:rsidRDefault="00000000">
      <w:pPr>
        <w:rPr>
          <w:rFonts w:ascii="Calibri Light" w:hAnsi="Calibri Light" w:cs="Calibri Light"/>
        </w:rPr>
      </w:pPr>
      <w:r w:rsidRPr="006A1186">
        <w:rPr>
          <w:rFonts w:ascii="Calibri Light" w:hAnsi="Calibri Light" w:cs="Calibri Light"/>
        </w:rPr>
        <w:t>Deze privacyverklaring legt uit hoe ik binnen mijn fytotherapiepraktijk omga met persoonsgegevens van cliënten en bezoekers van mijn website. Ik behandel alle gegevens zorgvuldig, veilig en vertrouwelijk, volgens de AVG en de WGBO.</w:t>
      </w:r>
    </w:p>
    <w:p w14:paraId="6265BCB6" w14:textId="6BCA4AB9" w:rsidR="00395447" w:rsidRPr="006A1186" w:rsidRDefault="00000000">
      <w:r w:rsidRPr="006A1186">
        <w:rPr>
          <w:rFonts w:ascii="Calibri Light" w:hAnsi="Calibri Light" w:cs="Calibri Light"/>
        </w:rPr>
        <w:t xml:space="preserve">Laatste update: </w:t>
      </w:r>
      <w:r w:rsidR="006A1186" w:rsidRPr="006A1186">
        <w:rPr>
          <w:rFonts w:ascii="Calibri Light" w:hAnsi="Calibri Light" w:cs="Calibri Light"/>
        </w:rPr>
        <w:t>24 – 01 - 2026</w:t>
      </w:r>
    </w:p>
    <w:p w14:paraId="74058372" w14:textId="77777777" w:rsidR="00395447" w:rsidRPr="00907B3F" w:rsidRDefault="00000000">
      <w:pPr>
        <w:pStyle w:val="Kop2"/>
        <w:rPr>
          <w:rFonts w:ascii="Calibri Light" w:hAnsi="Calibri Light" w:cs="Calibri Light"/>
          <w:sz w:val="32"/>
          <w:szCs w:val="32"/>
        </w:rPr>
      </w:pPr>
      <w:r w:rsidRPr="00907B3F">
        <w:rPr>
          <w:rFonts w:ascii="Calibri Light" w:hAnsi="Calibri Light" w:cs="Calibri Light"/>
          <w:sz w:val="32"/>
          <w:szCs w:val="32"/>
        </w:rPr>
        <w:t>1. Verantwoordelijke</w:t>
      </w:r>
    </w:p>
    <w:p w14:paraId="4ED14E0B" w14:textId="15832AAE" w:rsidR="00395447" w:rsidRPr="0025621E" w:rsidRDefault="00000000">
      <w:pPr>
        <w:rPr>
          <w:rFonts w:ascii="Calibri Light" w:hAnsi="Calibri Light" w:cs="Calibri Light"/>
        </w:rPr>
      </w:pPr>
      <w:r w:rsidRPr="00AB46CE">
        <w:rPr>
          <w:rFonts w:ascii="Calibri Light" w:hAnsi="Calibri Light" w:cs="Calibri Light"/>
        </w:rPr>
        <w:t>Deze</w:t>
      </w:r>
      <w:r w:rsidRPr="0025621E">
        <w:rPr>
          <w:rFonts w:ascii="Calibri Light" w:hAnsi="Calibri Light" w:cs="Calibri Light"/>
        </w:rPr>
        <w:t xml:space="preserve"> privacyverklaring geldt voor:</w:t>
      </w:r>
    </w:p>
    <w:p w14:paraId="3C3BCCC9" w14:textId="29EF62D3" w:rsidR="00395447" w:rsidRPr="0025621E" w:rsidRDefault="0025621E">
      <w:pPr>
        <w:rPr>
          <w:rFonts w:ascii="Calibri Light" w:hAnsi="Calibri Light" w:cs="Calibri Light"/>
        </w:rPr>
      </w:pPr>
      <w:r>
        <w:rPr>
          <w:rFonts w:ascii="Calibri Light" w:hAnsi="Calibri Light" w:cs="Calibri Light"/>
        </w:rPr>
        <w:t>Elly van Hoof – Natura Novit</w:t>
      </w:r>
      <w:r>
        <w:rPr>
          <w:rFonts w:ascii="Calibri Light" w:hAnsi="Calibri Light" w:cs="Calibri Light"/>
        </w:rPr>
        <w:br/>
      </w:r>
      <w:r w:rsidR="00D94DD0">
        <w:rPr>
          <w:rFonts w:ascii="Calibri Light" w:hAnsi="Calibri Light" w:cs="Calibri Light"/>
        </w:rPr>
        <w:t xml:space="preserve">email: </w:t>
      </w:r>
      <w:hyperlink r:id="rId6" w:history="1">
        <w:r w:rsidR="00D94DD0" w:rsidRPr="00A320CD">
          <w:rPr>
            <w:rStyle w:val="Hyperlink"/>
            <w:rFonts w:ascii="Calibri Light" w:hAnsi="Calibri Light" w:cs="Calibri Light"/>
          </w:rPr>
          <w:t>naturanovit@caiway.net</w:t>
        </w:r>
      </w:hyperlink>
      <w:r>
        <w:rPr>
          <w:rFonts w:ascii="Calibri Light" w:hAnsi="Calibri Light" w:cs="Calibri Light"/>
        </w:rPr>
        <w:br/>
      </w:r>
      <w:r w:rsidR="00D94DD0">
        <w:rPr>
          <w:rFonts w:ascii="Calibri Light" w:hAnsi="Calibri Light" w:cs="Calibri Light"/>
        </w:rPr>
        <w:t xml:space="preserve">adres: </w:t>
      </w:r>
      <w:r>
        <w:rPr>
          <w:rFonts w:ascii="Calibri Light" w:hAnsi="Calibri Light" w:cs="Calibri Light"/>
        </w:rPr>
        <w:t>Usselerveenweg 300, 7546 PJ Enschede</w:t>
      </w:r>
      <w:r>
        <w:rPr>
          <w:rFonts w:ascii="Calibri Light" w:hAnsi="Calibri Light" w:cs="Calibri Light"/>
        </w:rPr>
        <w:br/>
      </w:r>
      <w:r w:rsidR="00D94DD0">
        <w:rPr>
          <w:rFonts w:ascii="Calibri Light" w:hAnsi="Calibri Light" w:cs="Calibri Light"/>
        </w:rPr>
        <w:t xml:space="preserve">tel: </w:t>
      </w:r>
      <w:r>
        <w:rPr>
          <w:rFonts w:ascii="Calibri Light" w:hAnsi="Calibri Light" w:cs="Calibri Light"/>
        </w:rPr>
        <w:t>053-4360140</w:t>
      </w:r>
    </w:p>
    <w:p w14:paraId="58D75295" w14:textId="4C6F86DA" w:rsidR="00395447" w:rsidRPr="0025621E" w:rsidRDefault="00000000">
      <w:pPr>
        <w:rPr>
          <w:rFonts w:ascii="Calibri Light" w:hAnsi="Calibri Light" w:cs="Calibri Light"/>
        </w:rPr>
      </w:pPr>
      <w:r w:rsidRPr="0025621E">
        <w:rPr>
          <w:rFonts w:ascii="Calibri Light" w:hAnsi="Calibri Light" w:cs="Calibri Light"/>
        </w:rPr>
        <w:t>Ik ben verantwoordelijk voor de verwerking van persoonsgegevens.</w:t>
      </w:r>
    </w:p>
    <w:p w14:paraId="5788072E" w14:textId="77777777" w:rsidR="00395447" w:rsidRPr="00907B3F" w:rsidRDefault="00000000">
      <w:pPr>
        <w:pStyle w:val="Kop2"/>
        <w:rPr>
          <w:rFonts w:ascii="Calibri Light" w:hAnsi="Calibri Light" w:cs="Calibri Light"/>
          <w:sz w:val="32"/>
          <w:szCs w:val="32"/>
        </w:rPr>
      </w:pPr>
      <w:r w:rsidRPr="00907B3F">
        <w:rPr>
          <w:rFonts w:ascii="Calibri Light" w:hAnsi="Calibri Light" w:cs="Calibri Light"/>
          <w:sz w:val="32"/>
          <w:szCs w:val="32"/>
        </w:rPr>
        <w:t>2. Welke gegevens ik verwerk</w:t>
      </w:r>
    </w:p>
    <w:p w14:paraId="3F3E1A9C" w14:textId="591BAFD7" w:rsidR="00395447" w:rsidRPr="0025621E" w:rsidRDefault="00000000" w:rsidP="0025621E">
      <w:pPr>
        <w:pStyle w:val="Kop2"/>
        <w:numPr>
          <w:ilvl w:val="0"/>
          <w:numId w:val="10"/>
        </w:numPr>
        <w:rPr>
          <w:rFonts w:ascii="Calibri Light" w:hAnsi="Calibri Light" w:cs="Calibri Light"/>
          <w:b w:val="0"/>
          <w:bCs w:val="0"/>
        </w:rPr>
      </w:pPr>
      <w:r w:rsidRPr="0025621E">
        <w:rPr>
          <w:rFonts w:ascii="Calibri Light" w:hAnsi="Calibri Light" w:cs="Calibri Light"/>
          <w:b w:val="0"/>
          <w:bCs w:val="0"/>
        </w:rPr>
        <w:t>2.1 Gegevens van cliënten (dossier)</w:t>
      </w:r>
    </w:p>
    <w:p w14:paraId="1FA482F8" w14:textId="77777777" w:rsidR="0025621E" w:rsidRDefault="00000000" w:rsidP="0025621E">
      <w:pPr>
        <w:ind w:firstLine="360"/>
        <w:rPr>
          <w:rFonts w:ascii="Calibri Light" w:hAnsi="Calibri Light" w:cs="Calibri Light"/>
        </w:rPr>
      </w:pPr>
      <w:r w:rsidRPr="0025621E">
        <w:rPr>
          <w:rFonts w:ascii="Calibri Light" w:hAnsi="Calibri Light" w:cs="Calibri Light"/>
        </w:rPr>
        <w:t>Voor het uitvoeren van consulten en behandelingen verwerk ik:</w:t>
      </w:r>
    </w:p>
    <w:p w14:paraId="0488BC98" w14:textId="77777777" w:rsidR="0025621E" w:rsidRDefault="00000000" w:rsidP="0025621E">
      <w:pPr>
        <w:pStyle w:val="Lijstalinea"/>
        <w:numPr>
          <w:ilvl w:val="1"/>
          <w:numId w:val="11"/>
        </w:numPr>
        <w:rPr>
          <w:rFonts w:ascii="Calibri Light" w:hAnsi="Calibri Light" w:cs="Calibri Light"/>
        </w:rPr>
      </w:pPr>
      <w:r w:rsidRPr="0025621E">
        <w:rPr>
          <w:rFonts w:ascii="Calibri Light" w:hAnsi="Calibri Light" w:cs="Calibri Light"/>
        </w:rPr>
        <w:t>Naam, adres, woonplaats (NAW-gegevens)</w:t>
      </w:r>
    </w:p>
    <w:p w14:paraId="67889EBF" w14:textId="77777777" w:rsidR="00AB46CE" w:rsidRDefault="00000000" w:rsidP="0025621E">
      <w:pPr>
        <w:pStyle w:val="Lijstalinea"/>
        <w:numPr>
          <w:ilvl w:val="1"/>
          <w:numId w:val="11"/>
        </w:numPr>
        <w:rPr>
          <w:rFonts w:ascii="Calibri Light" w:hAnsi="Calibri Light" w:cs="Calibri Light"/>
        </w:rPr>
      </w:pPr>
      <w:r w:rsidRPr="0025621E">
        <w:rPr>
          <w:rFonts w:ascii="Calibri Light" w:hAnsi="Calibri Light" w:cs="Calibri Light"/>
        </w:rPr>
        <w:t>Geboortedatum</w:t>
      </w:r>
    </w:p>
    <w:p w14:paraId="69D1C53C" w14:textId="50159882" w:rsidR="0025621E" w:rsidRDefault="00000000" w:rsidP="0025621E">
      <w:pPr>
        <w:pStyle w:val="Lijstalinea"/>
        <w:numPr>
          <w:ilvl w:val="1"/>
          <w:numId w:val="11"/>
        </w:numPr>
        <w:rPr>
          <w:rFonts w:ascii="Calibri Light" w:hAnsi="Calibri Light" w:cs="Calibri Light"/>
        </w:rPr>
      </w:pPr>
      <w:r w:rsidRPr="0025621E">
        <w:rPr>
          <w:rFonts w:ascii="Calibri Light" w:hAnsi="Calibri Light" w:cs="Calibri Light"/>
        </w:rPr>
        <w:t>Telefoonnummer en e-mailadres</w:t>
      </w:r>
    </w:p>
    <w:p w14:paraId="25BFD176" w14:textId="77777777" w:rsidR="0025621E" w:rsidRDefault="00000000" w:rsidP="0025621E">
      <w:pPr>
        <w:pStyle w:val="Lijstalinea"/>
        <w:numPr>
          <w:ilvl w:val="1"/>
          <w:numId w:val="11"/>
        </w:numPr>
        <w:rPr>
          <w:rFonts w:ascii="Calibri Light" w:hAnsi="Calibri Light" w:cs="Calibri Light"/>
        </w:rPr>
      </w:pPr>
      <w:r w:rsidRPr="0025621E">
        <w:rPr>
          <w:rFonts w:ascii="Calibri Light" w:hAnsi="Calibri Light" w:cs="Calibri Light"/>
        </w:rPr>
        <w:t>Medische gegevens die je met mij deelt</w:t>
      </w:r>
    </w:p>
    <w:p w14:paraId="1C09C2BC" w14:textId="77777777" w:rsidR="0025621E" w:rsidRDefault="00000000" w:rsidP="0025621E">
      <w:pPr>
        <w:pStyle w:val="Lijstalinea"/>
        <w:numPr>
          <w:ilvl w:val="1"/>
          <w:numId w:val="11"/>
        </w:numPr>
        <w:rPr>
          <w:rFonts w:ascii="Calibri Light" w:hAnsi="Calibri Light" w:cs="Calibri Light"/>
        </w:rPr>
      </w:pPr>
      <w:r w:rsidRPr="0025621E">
        <w:rPr>
          <w:rFonts w:ascii="Calibri Light" w:hAnsi="Calibri Light" w:cs="Calibri Light"/>
        </w:rPr>
        <w:t>Medicatielijst</w:t>
      </w:r>
    </w:p>
    <w:p w14:paraId="157888DF" w14:textId="77777777" w:rsidR="0025621E" w:rsidRDefault="00000000" w:rsidP="0025621E">
      <w:pPr>
        <w:pStyle w:val="Lijstalinea"/>
        <w:numPr>
          <w:ilvl w:val="1"/>
          <w:numId w:val="11"/>
        </w:numPr>
        <w:rPr>
          <w:rFonts w:ascii="Calibri Light" w:hAnsi="Calibri Light" w:cs="Calibri Light"/>
        </w:rPr>
      </w:pPr>
      <w:r w:rsidRPr="0025621E">
        <w:rPr>
          <w:rFonts w:ascii="Calibri Light" w:hAnsi="Calibri Light" w:cs="Calibri Light"/>
        </w:rPr>
        <w:t>Klachten- en behandelgeschiedenis</w:t>
      </w:r>
    </w:p>
    <w:p w14:paraId="15A8328E" w14:textId="77777777" w:rsidR="0025621E" w:rsidRDefault="00000000" w:rsidP="0025621E">
      <w:pPr>
        <w:pStyle w:val="Lijstalinea"/>
        <w:numPr>
          <w:ilvl w:val="1"/>
          <w:numId w:val="11"/>
        </w:numPr>
        <w:rPr>
          <w:rFonts w:ascii="Calibri Light" w:hAnsi="Calibri Light" w:cs="Calibri Light"/>
        </w:rPr>
      </w:pPr>
      <w:r w:rsidRPr="0025621E">
        <w:rPr>
          <w:rFonts w:ascii="Calibri Light" w:hAnsi="Calibri Light" w:cs="Calibri Light"/>
        </w:rPr>
        <w:t>Aantekeningen uit consulten</w:t>
      </w:r>
    </w:p>
    <w:p w14:paraId="5FF506DA" w14:textId="77777777" w:rsidR="0025621E" w:rsidRDefault="00000000" w:rsidP="0025621E">
      <w:pPr>
        <w:pStyle w:val="Lijstalinea"/>
        <w:numPr>
          <w:ilvl w:val="1"/>
          <w:numId w:val="11"/>
        </w:numPr>
        <w:rPr>
          <w:rFonts w:ascii="Calibri Light" w:hAnsi="Calibri Light" w:cs="Calibri Light"/>
        </w:rPr>
      </w:pPr>
      <w:r w:rsidRPr="0025621E">
        <w:rPr>
          <w:rFonts w:ascii="Calibri Light" w:hAnsi="Calibri Light" w:cs="Calibri Light"/>
        </w:rPr>
        <w:t>Administratieve gegevens (facturen etc.)</w:t>
      </w:r>
    </w:p>
    <w:p w14:paraId="07FD134C" w14:textId="77777777" w:rsidR="0025621E" w:rsidRDefault="00000000" w:rsidP="0025621E">
      <w:pPr>
        <w:pStyle w:val="Lijstalinea"/>
        <w:numPr>
          <w:ilvl w:val="1"/>
          <w:numId w:val="11"/>
        </w:numPr>
        <w:rPr>
          <w:rFonts w:ascii="Calibri Light" w:hAnsi="Calibri Light" w:cs="Calibri Light"/>
        </w:rPr>
      </w:pPr>
      <w:r w:rsidRPr="0025621E">
        <w:rPr>
          <w:rFonts w:ascii="Calibri Light" w:hAnsi="Calibri Light" w:cs="Calibri Light"/>
        </w:rPr>
        <w:t>Berichten via e-mail of WhatsApp</w:t>
      </w:r>
    </w:p>
    <w:p w14:paraId="3FD69025" w14:textId="0A340053" w:rsidR="00395447" w:rsidRPr="0025621E" w:rsidRDefault="00000000" w:rsidP="0025621E">
      <w:pPr>
        <w:pStyle w:val="Lijstalinea"/>
        <w:numPr>
          <w:ilvl w:val="1"/>
          <w:numId w:val="11"/>
        </w:numPr>
        <w:rPr>
          <w:rFonts w:ascii="Calibri Light" w:hAnsi="Calibri Light" w:cs="Calibri Light"/>
        </w:rPr>
      </w:pPr>
      <w:r w:rsidRPr="0025621E">
        <w:rPr>
          <w:rFonts w:ascii="Calibri Light" w:hAnsi="Calibri Light" w:cs="Calibri Light"/>
        </w:rPr>
        <w:t>Gegevens die nodig zijn voor overleg met andere behandelaars (alleen met jouw toestemming)</w:t>
      </w:r>
    </w:p>
    <w:p w14:paraId="266A1F52" w14:textId="3DA409E0" w:rsidR="00395447" w:rsidRDefault="00000000" w:rsidP="005E3119">
      <w:pPr>
        <w:ind w:firstLine="360"/>
      </w:pPr>
      <w:r w:rsidRPr="0025621E">
        <w:rPr>
          <w:rFonts w:ascii="Calibri Light" w:hAnsi="Calibri Light" w:cs="Calibri Light"/>
          <w:sz w:val="20"/>
          <w:szCs w:val="20"/>
        </w:rPr>
        <w:t>Deze gegevens vormen samen jouw dossier.</w:t>
      </w:r>
    </w:p>
    <w:p w14:paraId="504041FD" w14:textId="77777777" w:rsidR="00395447" w:rsidRPr="0025621E" w:rsidRDefault="00000000" w:rsidP="0025621E">
      <w:pPr>
        <w:pStyle w:val="Kop2"/>
        <w:numPr>
          <w:ilvl w:val="0"/>
          <w:numId w:val="10"/>
        </w:numPr>
        <w:rPr>
          <w:rFonts w:ascii="Calibri Light" w:hAnsi="Calibri Light" w:cs="Calibri Light"/>
          <w:b w:val="0"/>
          <w:bCs w:val="0"/>
        </w:rPr>
      </w:pPr>
      <w:r w:rsidRPr="0025621E">
        <w:rPr>
          <w:rFonts w:ascii="Calibri Light" w:hAnsi="Calibri Light" w:cs="Calibri Light"/>
          <w:b w:val="0"/>
          <w:bCs w:val="0"/>
        </w:rPr>
        <w:t>2.2 Gegevens van websitebezoekers</w:t>
      </w:r>
    </w:p>
    <w:p w14:paraId="4C305F66" w14:textId="77777777" w:rsidR="00395447" w:rsidRPr="0025621E" w:rsidRDefault="00000000" w:rsidP="0025621E">
      <w:pPr>
        <w:spacing w:after="0" w:line="240" w:lineRule="auto"/>
        <w:ind w:firstLine="720"/>
        <w:rPr>
          <w:rFonts w:ascii="Calibri Light" w:hAnsi="Calibri Light" w:cs="Calibri Light"/>
          <w:sz w:val="20"/>
          <w:szCs w:val="20"/>
        </w:rPr>
      </w:pPr>
      <w:r w:rsidRPr="0025621E">
        <w:rPr>
          <w:rFonts w:ascii="Calibri Light" w:hAnsi="Calibri Light" w:cs="Calibri Light"/>
          <w:sz w:val="20"/>
          <w:szCs w:val="20"/>
        </w:rPr>
        <w:t>Bij het gebruik van mijn website kunnen worden verwerkt:</w:t>
      </w:r>
    </w:p>
    <w:p w14:paraId="76C8B9BF" w14:textId="77777777" w:rsidR="00395447" w:rsidRPr="0025621E" w:rsidRDefault="00395447" w:rsidP="0025621E">
      <w:pPr>
        <w:spacing w:after="0" w:line="240" w:lineRule="auto"/>
        <w:rPr>
          <w:rFonts w:ascii="Calibri Light" w:hAnsi="Calibri Light" w:cs="Calibri Light"/>
          <w:sz w:val="20"/>
          <w:szCs w:val="20"/>
        </w:rPr>
      </w:pPr>
    </w:p>
    <w:p w14:paraId="0D8AD198" w14:textId="77777777" w:rsidR="00395447" w:rsidRPr="0025621E" w:rsidRDefault="00000000" w:rsidP="0025621E">
      <w:pPr>
        <w:spacing w:after="0" w:line="240" w:lineRule="auto"/>
        <w:ind w:left="720" w:firstLine="720"/>
        <w:rPr>
          <w:rFonts w:ascii="Calibri Light" w:hAnsi="Calibri Light" w:cs="Calibri Light"/>
          <w:sz w:val="20"/>
          <w:szCs w:val="20"/>
        </w:rPr>
      </w:pPr>
      <w:r w:rsidRPr="0025621E">
        <w:rPr>
          <w:rFonts w:ascii="Calibri Light" w:hAnsi="Calibri Light" w:cs="Calibri Light"/>
          <w:sz w:val="20"/>
          <w:szCs w:val="20"/>
        </w:rPr>
        <w:t>- IP-adres</w:t>
      </w:r>
    </w:p>
    <w:p w14:paraId="21977BC7" w14:textId="77777777" w:rsidR="00395447" w:rsidRPr="0025621E" w:rsidRDefault="00000000" w:rsidP="0025621E">
      <w:pPr>
        <w:spacing w:after="0" w:line="240" w:lineRule="auto"/>
        <w:ind w:left="720" w:firstLine="720"/>
        <w:rPr>
          <w:rFonts w:ascii="Calibri Light" w:hAnsi="Calibri Light" w:cs="Calibri Light"/>
          <w:sz w:val="20"/>
          <w:szCs w:val="20"/>
        </w:rPr>
      </w:pPr>
      <w:r w:rsidRPr="0025621E">
        <w:rPr>
          <w:rFonts w:ascii="Calibri Light" w:hAnsi="Calibri Light" w:cs="Calibri Light"/>
          <w:sz w:val="20"/>
          <w:szCs w:val="20"/>
        </w:rPr>
        <w:t>- Cookiegegevens</w:t>
      </w:r>
    </w:p>
    <w:p w14:paraId="4B7446AD" w14:textId="77777777" w:rsidR="00395447" w:rsidRPr="0025621E" w:rsidRDefault="00000000" w:rsidP="0025621E">
      <w:pPr>
        <w:spacing w:after="0" w:line="240" w:lineRule="auto"/>
        <w:ind w:left="720" w:firstLine="720"/>
        <w:rPr>
          <w:rFonts w:ascii="Calibri Light" w:hAnsi="Calibri Light" w:cs="Calibri Light"/>
          <w:sz w:val="20"/>
          <w:szCs w:val="20"/>
        </w:rPr>
      </w:pPr>
      <w:r w:rsidRPr="0025621E">
        <w:rPr>
          <w:rFonts w:ascii="Calibri Light" w:hAnsi="Calibri Light" w:cs="Calibri Light"/>
          <w:sz w:val="20"/>
          <w:szCs w:val="20"/>
        </w:rPr>
        <w:t>- Bezoekstatistieken (pagina’s, duur etc.)</w:t>
      </w:r>
    </w:p>
    <w:p w14:paraId="46C83C54" w14:textId="77777777" w:rsidR="00395447" w:rsidRPr="0025621E" w:rsidRDefault="00000000" w:rsidP="0025621E">
      <w:pPr>
        <w:spacing w:after="0" w:line="240" w:lineRule="auto"/>
        <w:ind w:left="720" w:firstLine="720"/>
        <w:rPr>
          <w:rFonts w:ascii="Calibri Light" w:hAnsi="Calibri Light" w:cs="Calibri Light"/>
          <w:sz w:val="20"/>
          <w:szCs w:val="20"/>
        </w:rPr>
      </w:pPr>
      <w:r w:rsidRPr="0025621E">
        <w:rPr>
          <w:rFonts w:ascii="Calibri Light" w:hAnsi="Calibri Light" w:cs="Calibri Light"/>
          <w:sz w:val="20"/>
          <w:szCs w:val="20"/>
        </w:rPr>
        <w:lastRenderedPageBreak/>
        <w:t>- Gegevens die je zelf invult, bijvoorbeeld voor een contactformulier of nieuwsbrief</w:t>
      </w:r>
    </w:p>
    <w:p w14:paraId="0ABF486C" w14:textId="53A76398" w:rsidR="00395447" w:rsidRPr="0025621E" w:rsidRDefault="0025621E" w:rsidP="0025621E">
      <w:pPr>
        <w:spacing w:after="0" w:line="240" w:lineRule="auto"/>
        <w:rPr>
          <w:rFonts w:ascii="Calibri Light" w:hAnsi="Calibri Light" w:cs="Calibri Light"/>
          <w:sz w:val="20"/>
          <w:szCs w:val="20"/>
        </w:rPr>
      </w:pPr>
      <w:r>
        <w:rPr>
          <w:rFonts w:ascii="Calibri Light" w:hAnsi="Calibri Light" w:cs="Calibri Light"/>
          <w:sz w:val="20"/>
          <w:szCs w:val="20"/>
        </w:rPr>
        <w:tab/>
      </w:r>
    </w:p>
    <w:p w14:paraId="674A0BE8" w14:textId="77777777" w:rsidR="00395447" w:rsidRPr="0025621E" w:rsidRDefault="00000000" w:rsidP="0025621E">
      <w:pPr>
        <w:spacing w:after="0" w:line="240" w:lineRule="auto"/>
        <w:ind w:firstLine="720"/>
        <w:rPr>
          <w:rFonts w:ascii="Calibri Light" w:hAnsi="Calibri Light" w:cs="Calibri Light"/>
          <w:sz w:val="20"/>
          <w:szCs w:val="20"/>
        </w:rPr>
      </w:pPr>
      <w:r w:rsidRPr="0025621E">
        <w:rPr>
          <w:rFonts w:ascii="Calibri Light" w:hAnsi="Calibri Light" w:cs="Calibri Light"/>
          <w:sz w:val="20"/>
          <w:szCs w:val="20"/>
        </w:rPr>
        <w:t>Door de website te blijven gebruiken ga je akkoord met deze verwerking.</w:t>
      </w:r>
    </w:p>
    <w:p w14:paraId="090FF207" w14:textId="77777777" w:rsidR="00395447" w:rsidRDefault="00395447"/>
    <w:p w14:paraId="43C4A466" w14:textId="77777777" w:rsidR="00395447" w:rsidRPr="00907B3F" w:rsidRDefault="00000000">
      <w:pPr>
        <w:pStyle w:val="Kop2"/>
        <w:rPr>
          <w:rFonts w:ascii="Calibri Light" w:hAnsi="Calibri Light" w:cs="Calibri Light"/>
          <w:sz w:val="32"/>
          <w:szCs w:val="32"/>
        </w:rPr>
      </w:pPr>
      <w:r w:rsidRPr="00907B3F">
        <w:rPr>
          <w:rFonts w:ascii="Calibri Light" w:hAnsi="Calibri Light" w:cs="Calibri Light"/>
          <w:sz w:val="32"/>
          <w:szCs w:val="32"/>
        </w:rPr>
        <w:t>3. Hoe ik gegevens verzamel</w:t>
      </w:r>
    </w:p>
    <w:p w14:paraId="1587C99A" w14:textId="77777777" w:rsidR="006A1186" w:rsidRPr="006A1186" w:rsidRDefault="006A1186">
      <w:pPr>
        <w:rPr>
          <w:rFonts w:ascii="Calibri Light" w:hAnsi="Calibri Light" w:cs="Calibri Light"/>
        </w:rPr>
      </w:pPr>
      <w:r w:rsidRPr="006A1186">
        <w:rPr>
          <w:rFonts w:ascii="Calibri Light" w:hAnsi="Calibri Light" w:cs="Calibri Light"/>
        </w:rPr>
        <w:t>Intakeformulieren kunnen voorafgaand aan het consult digitaal worden ingevuld via het beveiligde cliëntenportaal van CAT. Deze gegevens worden rechtstreeks opgenomen in het elektronisch dossier.</w:t>
      </w:r>
    </w:p>
    <w:p w14:paraId="60DDB600" w14:textId="1440D067" w:rsidR="00395447" w:rsidRPr="006A1186" w:rsidRDefault="00000000">
      <w:pPr>
        <w:rPr>
          <w:rFonts w:ascii="Calibri Light" w:hAnsi="Calibri Light" w:cs="Calibri Light"/>
        </w:rPr>
      </w:pPr>
      <w:r w:rsidRPr="006A1186">
        <w:rPr>
          <w:rFonts w:ascii="Calibri Light" w:hAnsi="Calibri Light" w:cs="Calibri Light"/>
        </w:rPr>
        <w:t>Ik ontvang gegevens via:</w:t>
      </w:r>
    </w:p>
    <w:p w14:paraId="662741B6" w14:textId="5A8529E0" w:rsidR="006A1186" w:rsidRPr="006A1186" w:rsidRDefault="006A1186" w:rsidP="006A1186">
      <w:pPr>
        <w:pStyle w:val="Lijstalinea"/>
        <w:numPr>
          <w:ilvl w:val="0"/>
          <w:numId w:val="10"/>
        </w:numPr>
        <w:spacing w:after="0" w:line="240" w:lineRule="auto"/>
        <w:rPr>
          <w:rFonts w:ascii="Calibri Light" w:hAnsi="Calibri Light" w:cs="Calibri Light"/>
        </w:rPr>
      </w:pPr>
      <w:r w:rsidRPr="006A1186">
        <w:rPr>
          <w:rFonts w:ascii="Calibri Light" w:hAnsi="Calibri Light" w:cs="Calibri Light"/>
        </w:rPr>
        <w:t>Intake (formulier of gesprek)</w:t>
      </w:r>
    </w:p>
    <w:p w14:paraId="0B10C37B" w14:textId="4088305F" w:rsidR="006A1186" w:rsidRPr="006A1186" w:rsidRDefault="006A1186" w:rsidP="006A1186">
      <w:pPr>
        <w:pStyle w:val="Lijstalinea"/>
        <w:numPr>
          <w:ilvl w:val="0"/>
          <w:numId w:val="10"/>
        </w:numPr>
        <w:spacing w:after="0" w:line="240" w:lineRule="auto"/>
        <w:rPr>
          <w:rFonts w:ascii="Calibri Light" w:hAnsi="Calibri Light" w:cs="Calibri Light"/>
        </w:rPr>
      </w:pPr>
      <w:r w:rsidRPr="006A1186">
        <w:rPr>
          <w:rFonts w:ascii="Calibri Light" w:hAnsi="Calibri Light" w:cs="Calibri Light"/>
        </w:rPr>
        <w:t>Consulten in de praktijk</w:t>
      </w:r>
    </w:p>
    <w:p w14:paraId="1D27E96D" w14:textId="1B293449" w:rsidR="006A1186" w:rsidRPr="006A1186" w:rsidRDefault="006A1186" w:rsidP="006A1186">
      <w:pPr>
        <w:pStyle w:val="Lijstalinea"/>
        <w:numPr>
          <w:ilvl w:val="0"/>
          <w:numId w:val="10"/>
        </w:numPr>
        <w:spacing w:after="0" w:line="240" w:lineRule="auto"/>
        <w:rPr>
          <w:rFonts w:ascii="Calibri Light" w:hAnsi="Calibri Light" w:cs="Calibri Light"/>
        </w:rPr>
      </w:pPr>
      <w:r w:rsidRPr="006A1186">
        <w:rPr>
          <w:rFonts w:ascii="Calibri Light" w:hAnsi="Calibri Light" w:cs="Calibri Light"/>
        </w:rPr>
        <w:t>E-mail</w:t>
      </w:r>
    </w:p>
    <w:p w14:paraId="1F32C6BA" w14:textId="4727C851" w:rsidR="006A1186" w:rsidRPr="006A1186" w:rsidRDefault="006A1186" w:rsidP="006A1186">
      <w:pPr>
        <w:pStyle w:val="Lijstalinea"/>
        <w:numPr>
          <w:ilvl w:val="0"/>
          <w:numId w:val="10"/>
        </w:numPr>
        <w:spacing w:after="0" w:line="240" w:lineRule="auto"/>
        <w:rPr>
          <w:rFonts w:ascii="Calibri Light" w:hAnsi="Calibri Light" w:cs="Calibri Light"/>
        </w:rPr>
      </w:pPr>
      <w:r w:rsidRPr="006A1186">
        <w:rPr>
          <w:rFonts w:ascii="Calibri Light" w:hAnsi="Calibri Light" w:cs="Calibri Light"/>
        </w:rPr>
        <w:t>WhatsApp of andere berichtenapps</w:t>
      </w:r>
    </w:p>
    <w:p w14:paraId="79FE9606" w14:textId="7541A353" w:rsidR="006A1186" w:rsidRPr="006A1186" w:rsidRDefault="006A1186" w:rsidP="006A1186">
      <w:pPr>
        <w:pStyle w:val="Lijstalinea"/>
        <w:numPr>
          <w:ilvl w:val="0"/>
          <w:numId w:val="10"/>
        </w:numPr>
        <w:spacing w:after="0" w:line="240" w:lineRule="auto"/>
        <w:rPr>
          <w:rFonts w:ascii="Calibri Light" w:hAnsi="Calibri Light" w:cs="Calibri Light"/>
        </w:rPr>
      </w:pPr>
      <w:r w:rsidRPr="006A1186">
        <w:rPr>
          <w:rFonts w:ascii="Calibri Light" w:hAnsi="Calibri Light" w:cs="Calibri Light"/>
        </w:rPr>
        <w:t>Beveiligd cliëntenportaal van CAT</w:t>
      </w:r>
    </w:p>
    <w:p w14:paraId="36CE56D2" w14:textId="48C7ED98" w:rsidR="006A1186" w:rsidRPr="006A1186" w:rsidRDefault="006A1186" w:rsidP="006A1186">
      <w:pPr>
        <w:pStyle w:val="Lijstalinea"/>
        <w:numPr>
          <w:ilvl w:val="0"/>
          <w:numId w:val="10"/>
        </w:numPr>
        <w:spacing w:after="0" w:line="240" w:lineRule="auto"/>
        <w:rPr>
          <w:rFonts w:ascii="Calibri Light" w:hAnsi="Calibri Light" w:cs="Calibri Light"/>
        </w:rPr>
      </w:pPr>
      <w:r w:rsidRPr="006A1186">
        <w:rPr>
          <w:rFonts w:ascii="Calibri Light" w:hAnsi="Calibri Light" w:cs="Calibri Light"/>
        </w:rPr>
        <w:t>Cookies en website-statistieken</w:t>
      </w:r>
    </w:p>
    <w:p w14:paraId="77AA6975" w14:textId="300C6263" w:rsidR="00395447" w:rsidRPr="006A1186" w:rsidRDefault="005E3119" w:rsidP="005E3119">
      <w:pPr>
        <w:spacing w:after="0" w:line="240" w:lineRule="auto"/>
        <w:rPr>
          <w:rFonts w:ascii="Calibri Light" w:hAnsi="Calibri Light" w:cs="Calibri Light"/>
        </w:rPr>
      </w:pPr>
      <w:r w:rsidRPr="006A1186">
        <w:rPr>
          <w:rFonts w:ascii="Calibri Light" w:hAnsi="Calibri Light" w:cs="Calibri Light"/>
        </w:rPr>
        <w:br/>
      </w:r>
    </w:p>
    <w:p w14:paraId="079823CD" w14:textId="14017241" w:rsidR="005E3119" w:rsidRPr="006A1186" w:rsidRDefault="00000000">
      <w:pPr>
        <w:rPr>
          <w:rFonts w:ascii="Calibri Light" w:hAnsi="Calibri Light" w:cs="Calibri Light"/>
        </w:rPr>
      </w:pPr>
      <w:r w:rsidRPr="006A1186">
        <w:rPr>
          <w:rFonts w:ascii="Calibri Light" w:hAnsi="Calibri Light" w:cs="Calibri Light"/>
        </w:rPr>
        <w:t>Ik neem geen medische inhoud aan via de telefoon, behalve voor het plannen van afspraken.</w:t>
      </w:r>
      <w:r w:rsidR="00AB46CE" w:rsidRPr="006A1186">
        <w:rPr>
          <w:rFonts w:ascii="Calibri Light" w:hAnsi="Calibri Light" w:cs="Calibri Light"/>
        </w:rPr>
        <w:br/>
      </w:r>
    </w:p>
    <w:p w14:paraId="6A6F931E" w14:textId="6722799D" w:rsidR="00395447" w:rsidRPr="00907B3F" w:rsidRDefault="00000000" w:rsidP="005E3119">
      <w:pPr>
        <w:pStyle w:val="Kop2"/>
        <w:rPr>
          <w:sz w:val="32"/>
          <w:szCs w:val="32"/>
        </w:rPr>
      </w:pPr>
      <w:r w:rsidRPr="00907B3F">
        <w:rPr>
          <w:rFonts w:ascii="Calibri Light" w:hAnsi="Calibri Light" w:cs="Calibri Light"/>
          <w:sz w:val="32"/>
          <w:szCs w:val="32"/>
        </w:rPr>
        <w:t>4. Waarvoor ik gegevens gebruik</w:t>
      </w:r>
    </w:p>
    <w:p w14:paraId="556BD76A" w14:textId="77777777" w:rsidR="00395447" w:rsidRPr="005E3119" w:rsidRDefault="00000000">
      <w:pPr>
        <w:pStyle w:val="Kop2"/>
        <w:rPr>
          <w:rFonts w:ascii="Calibri Light" w:hAnsi="Calibri Light" w:cs="Calibri Light"/>
          <w:b w:val="0"/>
          <w:bCs w:val="0"/>
        </w:rPr>
      </w:pPr>
      <w:r w:rsidRPr="005E3119">
        <w:rPr>
          <w:rFonts w:ascii="Calibri Light" w:hAnsi="Calibri Light" w:cs="Calibri Light"/>
          <w:b w:val="0"/>
          <w:bCs w:val="0"/>
        </w:rPr>
        <w:t>4.1 Voor behandeling</w:t>
      </w:r>
    </w:p>
    <w:p w14:paraId="2533DE78" w14:textId="13D7BCCA" w:rsidR="00395447" w:rsidRPr="006A1186" w:rsidRDefault="00000000" w:rsidP="006A1186">
      <w:pPr>
        <w:pStyle w:val="Lijstalinea"/>
        <w:numPr>
          <w:ilvl w:val="0"/>
          <w:numId w:val="12"/>
        </w:numPr>
        <w:spacing w:after="0" w:line="240" w:lineRule="auto"/>
        <w:rPr>
          <w:rFonts w:ascii="Calibri Light" w:hAnsi="Calibri Light" w:cs="Calibri Light"/>
          <w:sz w:val="20"/>
          <w:szCs w:val="20"/>
        </w:rPr>
      </w:pPr>
      <w:r w:rsidRPr="006A1186">
        <w:rPr>
          <w:rFonts w:ascii="Calibri Light" w:hAnsi="Calibri Light" w:cs="Calibri Light"/>
          <w:sz w:val="20"/>
          <w:szCs w:val="20"/>
        </w:rPr>
        <w:t>Het opstellen en bijhouden van jouw medisch dossier</w:t>
      </w:r>
    </w:p>
    <w:p w14:paraId="51EA56B8" w14:textId="23AD54CE" w:rsidR="00395447" w:rsidRPr="006A1186" w:rsidRDefault="00000000" w:rsidP="006A1186">
      <w:pPr>
        <w:pStyle w:val="Lijstalinea"/>
        <w:numPr>
          <w:ilvl w:val="0"/>
          <w:numId w:val="12"/>
        </w:numPr>
        <w:spacing w:after="0" w:line="240" w:lineRule="auto"/>
        <w:rPr>
          <w:rFonts w:ascii="Calibri Light" w:hAnsi="Calibri Light" w:cs="Calibri Light"/>
          <w:sz w:val="20"/>
          <w:szCs w:val="20"/>
        </w:rPr>
      </w:pPr>
      <w:r w:rsidRPr="006A1186">
        <w:rPr>
          <w:rFonts w:ascii="Calibri Light" w:hAnsi="Calibri Light" w:cs="Calibri Light"/>
          <w:sz w:val="20"/>
          <w:szCs w:val="20"/>
        </w:rPr>
        <w:t>Behandeladvies en begeleiding</w:t>
      </w:r>
    </w:p>
    <w:p w14:paraId="260DA25E" w14:textId="1FC0CE05" w:rsidR="00395447" w:rsidRPr="006A1186" w:rsidRDefault="00000000" w:rsidP="006A1186">
      <w:pPr>
        <w:pStyle w:val="Lijstalinea"/>
        <w:numPr>
          <w:ilvl w:val="0"/>
          <w:numId w:val="12"/>
        </w:numPr>
        <w:spacing w:after="0" w:line="240" w:lineRule="auto"/>
        <w:rPr>
          <w:rFonts w:ascii="Calibri Light" w:hAnsi="Calibri Light" w:cs="Calibri Light"/>
          <w:sz w:val="20"/>
          <w:szCs w:val="20"/>
        </w:rPr>
      </w:pPr>
      <w:r w:rsidRPr="006A1186">
        <w:rPr>
          <w:rFonts w:ascii="Calibri Light" w:hAnsi="Calibri Light" w:cs="Calibri Light"/>
          <w:sz w:val="20"/>
          <w:szCs w:val="20"/>
        </w:rPr>
        <w:t>Afspraakbeheer en communicatie</w:t>
      </w:r>
    </w:p>
    <w:p w14:paraId="741ABB99" w14:textId="3917990E" w:rsidR="00395447" w:rsidRPr="006A1186" w:rsidRDefault="00000000" w:rsidP="006A1186">
      <w:pPr>
        <w:pStyle w:val="Lijstalinea"/>
        <w:numPr>
          <w:ilvl w:val="0"/>
          <w:numId w:val="12"/>
        </w:numPr>
        <w:spacing w:after="0" w:line="240" w:lineRule="auto"/>
        <w:rPr>
          <w:rFonts w:ascii="Calibri Light" w:hAnsi="Calibri Light" w:cs="Calibri Light"/>
          <w:sz w:val="20"/>
          <w:szCs w:val="20"/>
        </w:rPr>
      </w:pPr>
      <w:r w:rsidRPr="006A1186">
        <w:rPr>
          <w:rFonts w:ascii="Calibri Light" w:hAnsi="Calibri Light" w:cs="Calibri Light"/>
          <w:sz w:val="20"/>
          <w:szCs w:val="20"/>
        </w:rPr>
        <w:t>Facturatie</w:t>
      </w:r>
    </w:p>
    <w:p w14:paraId="35F082A9" w14:textId="45164FB2" w:rsidR="00395447" w:rsidRPr="006A1186" w:rsidRDefault="00000000" w:rsidP="006A1186">
      <w:pPr>
        <w:pStyle w:val="Lijstalinea"/>
        <w:numPr>
          <w:ilvl w:val="0"/>
          <w:numId w:val="12"/>
        </w:numPr>
        <w:spacing w:after="0" w:line="240" w:lineRule="auto"/>
        <w:rPr>
          <w:rFonts w:ascii="Calibri Light" w:hAnsi="Calibri Light" w:cs="Calibri Light"/>
          <w:sz w:val="20"/>
          <w:szCs w:val="20"/>
        </w:rPr>
      </w:pPr>
      <w:r w:rsidRPr="006A1186">
        <w:rPr>
          <w:rFonts w:ascii="Calibri Light" w:hAnsi="Calibri Light" w:cs="Calibri Light"/>
          <w:sz w:val="20"/>
          <w:szCs w:val="20"/>
        </w:rPr>
        <w:t>Mogelijk overleg met andere zorgverleners (alleen met jouw toestemming)</w:t>
      </w:r>
      <w:r w:rsidR="005E3119" w:rsidRPr="006A1186">
        <w:rPr>
          <w:rFonts w:ascii="Calibri Light" w:hAnsi="Calibri Light" w:cs="Calibri Light"/>
          <w:sz w:val="20"/>
          <w:szCs w:val="20"/>
        </w:rPr>
        <w:br/>
      </w:r>
    </w:p>
    <w:p w14:paraId="66D16E5A" w14:textId="77777777" w:rsidR="00395447" w:rsidRPr="005E3119" w:rsidRDefault="00000000">
      <w:pPr>
        <w:pStyle w:val="Kop2"/>
        <w:rPr>
          <w:rFonts w:ascii="Calibri Light" w:hAnsi="Calibri Light" w:cs="Calibri Light"/>
          <w:b w:val="0"/>
          <w:bCs w:val="0"/>
        </w:rPr>
      </w:pPr>
      <w:r w:rsidRPr="005E3119">
        <w:rPr>
          <w:rFonts w:ascii="Calibri Light" w:hAnsi="Calibri Light" w:cs="Calibri Light"/>
          <w:b w:val="0"/>
          <w:bCs w:val="0"/>
        </w:rPr>
        <w:t>4.2 Wettelijke verplichtingen</w:t>
      </w:r>
    </w:p>
    <w:p w14:paraId="0B834E30" w14:textId="4F86B583" w:rsidR="00395447" w:rsidRPr="006A1186" w:rsidRDefault="00000000" w:rsidP="006A1186">
      <w:pPr>
        <w:pStyle w:val="Lijstalinea"/>
        <w:numPr>
          <w:ilvl w:val="0"/>
          <w:numId w:val="13"/>
        </w:numPr>
        <w:spacing w:after="0" w:line="240" w:lineRule="auto"/>
        <w:rPr>
          <w:rFonts w:ascii="Calibri Light" w:hAnsi="Calibri Light" w:cs="Calibri Light"/>
        </w:rPr>
      </w:pPr>
      <w:r w:rsidRPr="006A1186">
        <w:rPr>
          <w:rFonts w:ascii="Calibri Light" w:hAnsi="Calibri Light" w:cs="Calibri Light"/>
        </w:rPr>
        <w:t>Bewaarplicht medische dossiers</w:t>
      </w:r>
    </w:p>
    <w:p w14:paraId="10B0E30A" w14:textId="24A1BAE1" w:rsidR="00395447" w:rsidRPr="006A1186" w:rsidRDefault="00000000" w:rsidP="006A1186">
      <w:pPr>
        <w:pStyle w:val="Lijstalinea"/>
        <w:numPr>
          <w:ilvl w:val="0"/>
          <w:numId w:val="13"/>
        </w:numPr>
        <w:spacing w:after="0" w:line="240" w:lineRule="auto"/>
        <w:rPr>
          <w:rFonts w:ascii="Calibri Light" w:hAnsi="Calibri Light" w:cs="Calibri Light"/>
        </w:rPr>
      </w:pPr>
      <w:r w:rsidRPr="006A1186">
        <w:rPr>
          <w:rFonts w:ascii="Calibri Light" w:hAnsi="Calibri Light" w:cs="Calibri Light"/>
        </w:rPr>
        <w:t>Administratie voor de Belastingdienst</w:t>
      </w:r>
      <w:r w:rsidR="005E3119" w:rsidRPr="006A1186">
        <w:rPr>
          <w:rFonts w:ascii="Calibri Light" w:hAnsi="Calibri Light" w:cs="Calibri Light"/>
        </w:rPr>
        <w:br/>
      </w:r>
    </w:p>
    <w:p w14:paraId="6D02A6BC" w14:textId="77777777" w:rsidR="00395447" w:rsidRPr="005E3119" w:rsidRDefault="00000000">
      <w:pPr>
        <w:pStyle w:val="Kop2"/>
        <w:rPr>
          <w:rFonts w:ascii="Calibri Light" w:hAnsi="Calibri Light" w:cs="Calibri Light"/>
          <w:b w:val="0"/>
          <w:bCs w:val="0"/>
        </w:rPr>
      </w:pPr>
      <w:r w:rsidRPr="005E3119">
        <w:rPr>
          <w:rFonts w:ascii="Calibri Light" w:hAnsi="Calibri Light" w:cs="Calibri Light"/>
          <w:b w:val="0"/>
          <w:bCs w:val="0"/>
        </w:rPr>
        <w:t>4.3 Website &amp; marketing</w:t>
      </w:r>
    </w:p>
    <w:p w14:paraId="19C36BAB" w14:textId="217C47A9" w:rsidR="00395447" w:rsidRPr="006A1186" w:rsidRDefault="00000000" w:rsidP="006A1186">
      <w:pPr>
        <w:pStyle w:val="Lijstalinea"/>
        <w:numPr>
          <w:ilvl w:val="0"/>
          <w:numId w:val="14"/>
        </w:numPr>
        <w:spacing w:after="0" w:line="240" w:lineRule="auto"/>
        <w:rPr>
          <w:rFonts w:ascii="Calibri Light" w:hAnsi="Calibri Light" w:cs="Calibri Light"/>
        </w:rPr>
      </w:pPr>
      <w:r w:rsidRPr="006A1186">
        <w:rPr>
          <w:rFonts w:ascii="Calibri Light" w:hAnsi="Calibri Light" w:cs="Calibri Light"/>
        </w:rPr>
        <w:t>Verzenden van nieuwsbrieven (alleen met aanmelding)</w:t>
      </w:r>
    </w:p>
    <w:p w14:paraId="79062BDA" w14:textId="698804A9" w:rsidR="00395447" w:rsidRPr="006A1186" w:rsidRDefault="00000000" w:rsidP="006A1186">
      <w:pPr>
        <w:pStyle w:val="Lijstalinea"/>
        <w:numPr>
          <w:ilvl w:val="0"/>
          <w:numId w:val="14"/>
        </w:numPr>
        <w:spacing w:after="0" w:line="240" w:lineRule="auto"/>
        <w:rPr>
          <w:rFonts w:ascii="Calibri Light" w:hAnsi="Calibri Light" w:cs="Calibri Light"/>
        </w:rPr>
      </w:pPr>
      <w:r w:rsidRPr="006A1186">
        <w:rPr>
          <w:rFonts w:ascii="Calibri Light" w:hAnsi="Calibri Light" w:cs="Calibri Light"/>
        </w:rPr>
        <w:t>Verbetering van de website</w:t>
      </w:r>
    </w:p>
    <w:p w14:paraId="7CCD34E4" w14:textId="32C60D6C" w:rsidR="00395447" w:rsidRPr="006A1186" w:rsidRDefault="00000000" w:rsidP="006A1186">
      <w:pPr>
        <w:pStyle w:val="Lijstalinea"/>
        <w:numPr>
          <w:ilvl w:val="0"/>
          <w:numId w:val="14"/>
        </w:numPr>
        <w:spacing w:after="0" w:line="240" w:lineRule="auto"/>
        <w:rPr>
          <w:rFonts w:ascii="Calibri Light" w:hAnsi="Calibri Light" w:cs="Calibri Light"/>
        </w:rPr>
      </w:pPr>
      <w:r w:rsidRPr="006A1186">
        <w:rPr>
          <w:rFonts w:ascii="Calibri Light" w:hAnsi="Calibri Light" w:cs="Calibri Light"/>
        </w:rPr>
        <w:t>Statistieken en beveiliging</w:t>
      </w:r>
    </w:p>
    <w:p w14:paraId="2C920CF6" w14:textId="791B217E" w:rsidR="00395447" w:rsidRPr="005E3119" w:rsidRDefault="005E3119">
      <w:pPr>
        <w:rPr>
          <w:rFonts w:ascii="Calibri Light" w:hAnsi="Calibri Light" w:cs="Calibri Light"/>
        </w:rPr>
      </w:pPr>
      <w:r>
        <w:rPr>
          <w:rFonts w:ascii="Calibri Light" w:hAnsi="Calibri Light" w:cs="Calibri Light"/>
        </w:rPr>
        <w:br/>
      </w:r>
      <w:r w:rsidRPr="005E3119">
        <w:rPr>
          <w:rFonts w:ascii="Calibri Light" w:hAnsi="Calibri Light" w:cs="Calibri Light"/>
        </w:rPr>
        <w:t>Je kunt je altijd afmelden voor marketingmails.</w:t>
      </w:r>
      <w:r>
        <w:rPr>
          <w:rFonts w:ascii="Calibri Light" w:hAnsi="Calibri Light" w:cs="Calibri Light"/>
        </w:rPr>
        <w:br/>
      </w:r>
    </w:p>
    <w:p w14:paraId="7A080B7C" w14:textId="77777777" w:rsidR="00395447" w:rsidRPr="00907B3F" w:rsidRDefault="00000000">
      <w:pPr>
        <w:pStyle w:val="Kop2"/>
        <w:rPr>
          <w:rFonts w:ascii="Calibri Light" w:hAnsi="Calibri Light" w:cs="Calibri Light"/>
          <w:sz w:val="32"/>
          <w:szCs w:val="32"/>
        </w:rPr>
      </w:pPr>
      <w:r w:rsidRPr="00907B3F">
        <w:rPr>
          <w:rFonts w:ascii="Calibri Light" w:hAnsi="Calibri Light" w:cs="Calibri Light"/>
          <w:sz w:val="32"/>
          <w:szCs w:val="32"/>
        </w:rPr>
        <w:lastRenderedPageBreak/>
        <w:t>5. Bewaartermijnen</w:t>
      </w:r>
    </w:p>
    <w:p w14:paraId="21AD9740" w14:textId="07F853DF" w:rsidR="00395447" w:rsidRPr="006A1186" w:rsidRDefault="00000000" w:rsidP="006A1186">
      <w:pPr>
        <w:pStyle w:val="Lijstalinea"/>
        <w:numPr>
          <w:ilvl w:val="0"/>
          <w:numId w:val="15"/>
        </w:numPr>
        <w:spacing w:after="0" w:line="240" w:lineRule="auto"/>
        <w:rPr>
          <w:rFonts w:ascii="Calibri Light" w:hAnsi="Calibri Light" w:cs="Calibri Light"/>
        </w:rPr>
      </w:pPr>
      <w:r w:rsidRPr="006A1186">
        <w:rPr>
          <w:rFonts w:ascii="Calibri Light" w:hAnsi="Calibri Light" w:cs="Calibri Light"/>
        </w:rPr>
        <w:t>Medisch dossier: 20 jaar (wettelijke bewaarplicht WGBO)</w:t>
      </w:r>
    </w:p>
    <w:p w14:paraId="1B9027D4" w14:textId="52F9300E" w:rsidR="00395447" w:rsidRPr="006A1186" w:rsidRDefault="00000000" w:rsidP="006A1186">
      <w:pPr>
        <w:pStyle w:val="Lijstalinea"/>
        <w:numPr>
          <w:ilvl w:val="0"/>
          <w:numId w:val="15"/>
        </w:numPr>
        <w:spacing w:after="0" w:line="240" w:lineRule="auto"/>
        <w:rPr>
          <w:rFonts w:ascii="Calibri Light" w:hAnsi="Calibri Light" w:cs="Calibri Light"/>
        </w:rPr>
      </w:pPr>
      <w:r w:rsidRPr="006A1186">
        <w:rPr>
          <w:rFonts w:ascii="Calibri Light" w:hAnsi="Calibri Light" w:cs="Calibri Light"/>
        </w:rPr>
        <w:t>Administratie / facturen: 7 jaar</w:t>
      </w:r>
    </w:p>
    <w:p w14:paraId="04549EA0" w14:textId="07BA22B1" w:rsidR="00395447" w:rsidRPr="006A1186" w:rsidRDefault="00000000" w:rsidP="006A1186">
      <w:pPr>
        <w:pStyle w:val="Lijstalinea"/>
        <w:numPr>
          <w:ilvl w:val="0"/>
          <w:numId w:val="15"/>
        </w:numPr>
        <w:spacing w:after="0" w:line="240" w:lineRule="auto"/>
        <w:rPr>
          <w:rFonts w:ascii="Calibri Light" w:hAnsi="Calibri Light" w:cs="Calibri Light"/>
        </w:rPr>
      </w:pPr>
      <w:r w:rsidRPr="006A1186">
        <w:rPr>
          <w:rFonts w:ascii="Calibri Light" w:hAnsi="Calibri Light" w:cs="Calibri Light"/>
        </w:rPr>
        <w:t>Nieuwsbriefgegevens: tot je je uitschrijft</w:t>
      </w:r>
    </w:p>
    <w:p w14:paraId="3D5612DA" w14:textId="72BE6E03" w:rsidR="00395447" w:rsidRPr="006A1186" w:rsidRDefault="00000000" w:rsidP="006A1186">
      <w:pPr>
        <w:pStyle w:val="Lijstalinea"/>
        <w:numPr>
          <w:ilvl w:val="0"/>
          <w:numId w:val="15"/>
        </w:numPr>
        <w:spacing w:after="0" w:line="240" w:lineRule="auto"/>
        <w:rPr>
          <w:rFonts w:ascii="Calibri Light" w:hAnsi="Calibri Light" w:cs="Calibri Light"/>
        </w:rPr>
      </w:pPr>
      <w:r w:rsidRPr="006A1186">
        <w:rPr>
          <w:rFonts w:ascii="Calibri Light" w:hAnsi="Calibri Light" w:cs="Calibri Light"/>
        </w:rPr>
        <w:t>Contactformulieren: max. 1 jaar, tenzij onderdeel van het dossier</w:t>
      </w:r>
    </w:p>
    <w:p w14:paraId="2A1E0DE9" w14:textId="4C520B79" w:rsidR="00395447" w:rsidRPr="006A1186" w:rsidRDefault="00000000" w:rsidP="006A1186">
      <w:pPr>
        <w:pStyle w:val="Lijstalinea"/>
        <w:numPr>
          <w:ilvl w:val="0"/>
          <w:numId w:val="15"/>
        </w:numPr>
        <w:rPr>
          <w:rFonts w:ascii="Calibri Light" w:hAnsi="Calibri Light" w:cs="Calibri Light"/>
        </w:rPr>
      </w:pPr>
      <w:r w:rsidRPr="006A1186">
        <w:rPr>
          <w:rFonts w:ascii="Calibri Light" w:hAnsi="Calibri Light" w:cs="Calibri Light"/>
        </w:rPr>
        <w:t>Cookies: volgens jouw cookiestatement</w:t>
      </w:r>
    </w:p>
    <w:p w14:paraId="4374DBBC" w14:textId="77777777" w:rsidR="00395447" w:rsidRPr="00907B3F" w:rsidRDefault="00000000">
      <w:pPr>
        <w:pStyle w:val="Kop2"/>
        <w:rPr>
          <w:rFonts w:ascii="Calibri Light" w:hAnsi="Calibri Light" w:cs="Calibri Light"/>
          <w:sz w:val="32"/>
          <w:szCs w:val="32"/>
        </w:rPr>
      </w:pPr>
      <w:r w:rsidRPr="00907B3F">
        <w:rPr>
          <w:rFonts w:ascii="Calibri Light" w:hAnsi="Calibri Light" w:cs="Calibri Light"/>
          <w:sz w:val="32"/>
          <w:szCs w:val="32"/>
        </w:rPr>
        <w:t>6. Delen van gegevens met derden</w:t>
      </w:r>
    </w:p>
    <w:p w14:paraId="751E9582" w14:textId="77777777" w:rsidR="00395447" w:rsidRPr="005E3119" w:rsidRDefault="00000000" w:rsidP="005E3119">
      <w:pPr>
        <w:spacing w:after="0" w:line="240" w:lineRule="auto"/>
        <w:rPr>
          <w:rFonts w:ascii="Calibri Light" w:hAnsi="Calibri Light" w:cs="Calibri Light"/>
        </w:rPr>
      </w:pPr>
      <w:r w:rsidRPr="005E3119">
        <w:rPr>
          <w:rFonts w:ascii="Calibri Light" w:hAnsi="Calibri Light" w:cs="Calibri Light"/>
        </w:rPr>
        <w:t>Ik deel gegevens alleen wanneer dat noodzakelijk is en alleen:</w:t>
      </w:r>
    </w:p>
    <w:p w14:paraId="315A90BE" w14:textId="77777777" w:rsidR="00395447" w:rsidRPr="005E3119" w:rsidRDefault="00395447" w:rsidP="005E3119">
      <w:pPr>
        <w:spacing w:after="0" w:line="240" w:lineRule="auto"/>
        <w:rPr>
          <w:rFonts w:ascii="Calibri Light" w:hAnsi="Calibri Light" w:cs="Calibri Light"/>
        </w:rPr>
      </w:pPr>
    </w:p>
    <w:p w14:paraId="7A6F8DE1" w14:textId="1AD43F04" w:rsidR="00395447" w:rsidRPr="006A1186" w:rsidRDefault="00000000" w:rsidP="006A1186">
      <w:pPr>
        <w:pStyle w:val="Lijstalinea"/>
        <w:numPr>
          <w:ilvl w:val="0"/>
          <w:numId w:val="16"/>
        </w:numPr>
        <w:spacing w:after="0" w:line="240" w:lineRule="auto"/>
        <w:rPr>
          <w:rFonts w:ascii="Calibri Light" w:hAnsi="Calibri Light" w:cs="Calibri Light"/>
        </w:rPr>
      </w:pPr>
      <w:r w:rsidRPr="006A1186">
        <w:rPr>
          <w:rFonts w:ascii="Calibri Light" w:hAnsi="Calibri Light" w:cs="Calibri Light"/>
        </w:rPr>
        <w:t>met jouw toestemming (bijv. andere zorgverleners)</w:t>
      </w:r>
    </w:p>
    <w:p w14:paraId="24A2EE2C" w14:textId="2EE9A266" w:rsidR="00395447" w:rsidRPr="006A1186" w:rsidRDefault="00000000" w:rsidP="006A1186">
      <w:pPr>
        <w:pStyle w:val="Lijstalinea"/>
        <w:numPr>
          <w:ilvl w:val="0"/>
          <w:numId w:val="16"/>
        </w:numPr>
        <w:spacing w:after="0" w:line="240" w:lineRule="auto"/>
        <w:rPr>
          <w:rFonts w:ascii="Calibri Light" w:hAnsi="Calibri Light" w:cs="Calibri Light"/>
        </w:rPr>
      </w:pPr>
      <w:r w:rsidRPr="006A1186">
        <w:rPr>
          <w:rFonts w:ascii="Calibri Light" w:hAnsi="Calibri Light" w:cs="Calibri Light"/>
        </w:rPr>
        <w:t>of wanneer de wet dit voorschrijft</w:t>
      </w:r>
    </w:p>
    <w:p w14:paraId="1997C429" w14:textId="77777777" w:rsidR="00395447" w:rsidRPr="005E3119" w:rsidRDefault="00395447" w:rsidP="005E3119">
      <w:pPr>
        <w:spacing w:after="0" w:line="240" w:lineRule="auto"/>
        <w:rPr>
          <w:rFonts w:ascii="Calibri Light" w:hAnsi="Calibri Light" w:cs="Calibri Light"/>
        </w:rPr>
      </w:pPr>
    </w:p>
    <w:p w14:paraId="6E4D18E1" w14:textId="77777777" w:rsidR="00395447" w:rsidRPr="005E3119" w:rsidRDefault="00000000" w:rsidP="005E3119">
      <w:pPr>
        <w:spacing w:after="0" w:line="240" w:lineRule="auto"/>
        <w:rPr>
          <w:rFonts w:ascii="Calibri Light" w:hAnsi="Calibri Light" w:cs="Calibri Light"/>
        </w:rPr>
      </w:pPr>
      <w:r w:rsidRPr="005E3119">
        <w:rPr>
          <w:rFonts w:ascii="Calibri Light" w:hAnsi="Calibri Light" w:cs="Calibri Light"/>
        </w:rPr>
        <w:t>Mogelijke verwerkers:</w:t>
      </w:r>
    </w:p>
    <w:p w14:paraId="1EC07497" w14:textId="77777777" w:rsidR="00395447" w:rsidRPr="005E3119" w:rsidRDefault="00395447" w:rsidP="005E3119">
      <w:pPr>
        <w:spacing w:after="0" w:line="240" w:lineRule="auto"/>
        <w:rPr>
          <w:rFonts w:ascii="Calibri Light" w:hAnsi="Calibri Light" w:cs="Calibri Light"/>
        </w:rPr>
      </w:pPr>
    </w:p>
    <w:p w14:paraId="58457A47" w14:textId="0938F5F8" w:rsidR="00395447" w:rsidRPr="006A1186" w:rsidRDefault="00000000" w:rsidP="006A1186">
      <w:pPr>
        <w:pStyle w:val="Lijstalinea"/>
        <w:numPr>
          <w:ilvl w:val="0"/>
          <w:numId w:val="17"/>
        </w:numPr>
        <w:spacing w:after="0" w:line="240" w:lineRule="auto"/>
        <w:rPr>
          <w:rFonts w:ascii="Calibri Light" w:hAnsi="Calibri Light" w:cs="Calibri Light"/>
        </w:rPr>
      </w:pPr>
      <w:r w:rsidRPr="006A1186">
        <w:rPr>
          <w:rFonts w:ascii="Calibri Light" w:hAnsi="Calibri Light" w:cs="Calibri Light"/>
        </w:rPr>
        <w:t>Boekhoudsoftware (Moneybird)</w:t>
      </w:r>
    </w:p>
    <w:p w14:paraId="7C70E32F" w14:textId="114EDA6B" w:rsidR="00395447" w:rsidRPr="006A1186" w:rsidRDefault="00000000" w:rsidP="006A1186">
      <w:pPr>
        <w:pStyle w:val="Lijstalinea"/>
        <w:numPr>
          <w:ilvl w:val="0"/>
          <w:numId w:val="17"/>
        </w:numPr>
        <w:spacing w:after="0" w:line="240" w:lineRule="auto"/>
        <w:rPr>
          <w:rFonts w:ascii="Calibri Light" w:hAnsi="Calibri Light" w:cs="Calibri Light"/>
        </w:rPr>
      </w:pPr>
      <w:r w:rsidRPr="006A1186">
        <w:rPr>
          <w:rFonts w:ascii="Calibri Light" w:hAnsi="Calibri Light" w:cs="Calibri Light"/>
        </w:rPr>
        <w:t>Eventuele administrateur</w:t>
      </w:r>
    </w:p>
    <w:p w14:paraId="11C889C6" w14:textId="32FAE017" w:rsidR="00395447" w:rsidRPr="006A1186" w:rsidRDefault="00000000" w:rsidP="006A1186">
      <w:pPr>
        <w:pStyle w:val="Lijstalinea"/>
        <w:numPr>
          <w:ilvl w:val="0"/>
          <w:numId w:val="17"/>
        </w:numPr>
        <w:spacing w:after="0" w:line="240" w:lineRule="auto"/>
        <w:rPr>
          <w:rFonts w:ascii="Calibri Light" w:hAnsi="Calibri Light" w:cs="Calibri Light"/>
        </w:rPr>
      </w:pPr>
      <w:r w:rsidRPr="006A1186">
        <w:rPr>
          <w:rFonts w:ascii="Calibri Light" w:hAnsi="Calibri Light" w:cs="Calibri Light"/>
        </w:rPr>
        <w:t>Hosting- en websitebeheerder</w:t>
      </w:r>
    </w:p>
    <w:p w14:paraId="555A229B" w14:textId="2B42D0E6" w:rsidR="00395447" w:rsidRPr="006A1186" w:rsidRDefault="00000000" w:rsidP="006A1186">
      <w:pPr>
        <w:pStyle w:val="Lijstalinea"/>
        <w:numPr>
          <w:ilvl w:val="0"/>
          <w:numId w:val="17"/>
        </w:numPr>
        <w:spacing w:after="0" w:line="240" w:lineRule="auto"/>
        <w:rPr>
          <w:rFonts w:ascii="Calibri Light" w:hAnsi="Calibri Light" w:cs="Calibri Light"/>
        </w:rPr>
      </w:pPr>
      <w:r w:rsidRPr="006A1186">
        <w:rPr>
          <w:rFonts w:ascii="Calibri Light" w:hAnsi="Calibri Light" w:cs="Calibri Light"/>
        </w:rPr>
        <w:t>CAT elektronisch dossier (E</w:t>
      </w:r>
      <w:r w:rsidR="006A1186">
        <w:rPr>
          <w:rFonts w:ascii="Calibri Light" w:hAnsi="Calibri Light" w:cs="Calibri Light"/>
        </w:rPr>
        <w:t>C</w:t>
      </w:r>
      <w:r w:rsidRPr="006A1186">
        <w:rPr>
          <w:rFonts w:ascii="Calibri Light" w:hAnsi="Calibri Light" w:cs="Calibri Light"/>
        </w:rPr>
        <w:t>D)</w:t>
      </w:r>
    </w:p>
    <w:p w14:paraId="7DEE7E8E" w14:textId="77777777" w:rsidR="00395447" w:rsidRPr="005E3119" w:rsidRDefault="00395447" w:rsidP="005E3119">
      <w:pPr>
        <w:spacing w:after="0" w:line="240" w:lineRule="auto"/>
        <w:rPr>
          <w:rFonts w:ascii="Calibri Light" w:hAnsi="Calibri Light" w:cs="Calibri Light"/>
        </w:rPr>
      </w:pPr>
    </w:p>
    <w:p w14:paraId="4179FD28" w14:textId="77777777" w:rsidR="00395447" w:rsidRPr="005E3119" w:rsidRDefault="00000000" w:rsidP="005E3119">
      <w:pPr>
        <w:spacing w:after="0" w:line="240" w:lineRule="auto"/>
        <w:rPr>
          <w:rFonts w:ascii="Calibri Light" w:hAnsi="Calibri Light" w:cs="Calibri Light"/>
        </w:rPr>
      </w:pPr>
      <w:r w:rsidRPr="005E3119">
        <w:rPr>
          <w:rFonts w:ascii="Calibri Light" w:hAnsi="Calibri Light" w:cs="Calibri Light"/>
        </w:rPr>
        <w:t xml:space="preserve">Met verwerkers wordt indien nodig een verwerkersovereenkomst afgesloten.  </w:t>
      </w:r>
    </w:p>
    <w:p w14:paraId="7FF1ACD6" w14:textId="77777777" w:rsidR="00395447" w:rsidRPr="005E3119" w:rsidRDefault="00000000" w:rsidP="005E3119">
      <w:pPr>
        <w:spacing w:after="0" w:line="240" w:lineRule="auto"/>
        <w:rPr>
          <w:rFonts w:ascii="Calibri Light" w:hAnsi="Calibri Light" w:cs="Calibri Light"/>
        </w:rPr>
      </w:pPr>
      <w:r w:rsidRPr="005E3119">
        <w:rPr>
          <w:rFonts w:ascii="Calibri Light" w:hAnsi="Calibri Light" w:cs="Calibri Light"/>
        </w:rPr>
        <w:t>Ik verkoop nooit persoonsgegevens.</w:t>
      </w:r>
    </w:p>
    <w:p w14:paraId="5FEC2D6C" w14:textId="77777777" w:rsidR="00395447" w:rsidRPr="005E3119" w:rsidRDefault="00395447">
      <w:pPr>
        <w:rPr>
          <w:rFonts w:ascii="Calibri Light" w:hAnsi="Calibri Light" w:cs="Calibri Light"/>
        </w:rPr>
      </w:pPr>
    </w:p>
    <w:p w14:paraId="029762FA" w14:textId="77777777" w:rsidR="00395447" w:rsidRPr="00907B3F" w:rsidRDefault="00000000">
      <w:pPr>
        <w:pStyle w:val="Kop2"/>
        <w:rPr>
          <w:rFonts w:ascii="Calibri Light" w:hAnsi="Calibri Light" w:cs="Calibri Light"/>
          <w:sz w:val="32"/>
          <w:szCs w:val="32"/>
        </w:rPr>
      </w:pPr>
      <w:r w:rsidRPr="00907B3F">
        <w:rPr>
          <w:rFonts w:ascii="Calibri Light" w:hAnsi="Calibri Light" w:cs="Calibri Light"/>
          <w:sz w:val="32"/>
          <w:szCs w:val="32"/>
        </w:rPr>
        <w:t>7. Beveiliging van persoonsgegevens</w:t>
      </w:r>
    </w:p>
    <w:p w14:paraId="04BCC307" w14:textId="77777777" w:rsidR="00395447" w:rsidRPr="005E3119" w:rsidRDefault="00000000" w:rsidP="005E3119">
      <w:pPr>
        <w:spacing w:after="0" w:line="240" w:lineRule="auto"/>
        <w:rPr>
          <w:rFonts w:ascii="Calibri Light" w:hAnsi="Calibri Light" w:cs="Calibri Light"/>
        </w:rPr>
      </w:pPr>
      <w:r w:rsidRPr="005E3119">
        <w:rPr>
          <w:rFonts w:ascii="Calibri Light" w:hAnsi="Calibri Light" w:cs="Calibri Light"/>
        </w:rPr>
        <w:t>Ik neem passende maatregelen ter bescherming van jouw gegevens:</w:t>
      </w:r>
    </w:p>
    <w:p w14:paraId="58928B7B" w14:textId="77777777" w:rsidR="00395447" w:rsidRPr="005E3119" w:rsidRDefault="00395447" w:rsidP="005E3119">
      <w:pPr>
        <w:spacing w:after="0" w:line="240" w:lineRule="auto"/>
        <w:rPr>
          <w:rFonts w:ascii="Calibri Light" w:hAnsi="Calibri Light" w:cs="Calibri Light"/>
        </w:rPr>
      </w:pPr>
    </w:p>
    <w:p w14:paraId="08FDD767" w14:textId="31BF57C8" w:rsidR="00395447" w:rsidRPr="006A1186" w:rsidRDefault="00000000" w:rsidP="006A1186">
      <w:pPr>
        <w:pStyle w:val="Lijstalinea"/>
        <w:numPr>
          <w:ilvl w:val="0"/>
          <w:numId w:val="18"/>
        </w:numPr>
        <w:spacing w:after="0" w:line="240" w:lineRule="auto"/>
        <w:rPr>
          <w:rFonts w:ascii="Calibri Light" w:hAnsi="Calibri Light" w:cs="Calibri Light"/>
        </w:rPr>
      </w:pPr>
      <w:r w:rsidRPr="006A1186">
        <w:rPr>
          <w:rFonts w:ascii="Calibri Light" w:hAnsi="Calibri Light" w:cs="Calibri Light"/>
        </w:rPr>
        <w:t>Opslag in een veilig E</w:t>
      </w:r>
      <w:r w:rsidR="006A1186">
        <w:rPr>
          <w:rFonts w:ascii="Calibri Light" w:hAnsi="Calibri Light" w:cs="Calibri Light"/>
        </w:rPr>
        <w:t>C</w:t>
      </w:r>
      <w:r w:rsidRPr="006A1186">
        <w:rPr>
          <w:rFonts w:ascii="Calibri Light" w:hAnsi="Calibri Light" w:cs="Calibri Light"/>
        </w:rPr>
        <w:t>D (CAT)</w:t>
      </w:r>
    </w:p>
    <w:p w14:paraId="0D3D39ED" w14:textId="58ED3FB1" w:rsidR="00395447" w:rsidRPr="006A1186" w:rsidRDefault="00000000" w:rsidP="006A1186">
      <w:pPr>
        <w:pStyle w:val="Lijstalinea"/>
        <w:numPr>
          <w:ilvl w:val="0"/>
          <w:numId w:val="18"/>
        </w:numPr>
        <w:spacing w:after="0" w:line="240" w:lineRule="auto"/>
        <w:rPr>
          <w:rFonts w:ascii="Calibri Light" w:hAnsi="Calibri Light" w:cs="Calibri Light"/>
        </w:rPr>
      </w:pPr>
      <w:r w:rsidRPr="006A1186">
        <w:rPr>
          <w:rFonts w:ascii="Calibri Light" w:hAnsi="Calibri Light" w:cs="Calibri Light"/>
        </w:rPr>
        <w:t>Sterke wachtwoorden en beveiligde apparaten</w:t>
      </w:r>
    </w:p>
    <w:p w14:paraId="00E3F2B9" w14:textId="29346117" w:rsidR="00395447" w:rsidRPr="006A1186" w:rsidRDefault="00000000" w:rsidP="006A1186">
      <w:pPr>
        <w:pStyle w:val="Lijstalinea"/>
        <w:numPr>
          <w:ilvl w:val="0"/>
          <w:numId w:val="18"/>
        </w:numPr>
        <w:spacing w:after="0" w:line="240" w:lineRule="auto"/>
        <w:rPr>
          <w:rFonts w:ascii="Calibri Light" w:hAnsi="Calibri Light" w:cs="Calibri Light"/>
        </w:rPr>
      </w:pPr>
      <w:r w:rsidRPr="006A1186">
        <w:rPr>
          <w:rFonts w:ascii="Calibri Light" w:hAnsi="Calibri Light" w:cs="Calibri Light"/>
        </w:rPr>
        <w:t>Up-to-date software en beveiliging</w:t>
      </w:r>
    </w:p>
    <w:p w14:paraId="43E34A78" w14:textId="5A35951E" w:rsidR="00395447" w:rsidRPr="006A1186" w:rsidRDefault="00000000" w:rsidP="006A1186">
      <w:pPr>
        <w:pStyle w:val="Lijstalinea"/>
        <w:numPr>
          <w:ilvl w:val="0"/>
          <w:numId w:val="18"/>
        </w:numPr>
        <w:spacing w:after="0" w:line="240" w:lineRule="auto"/>
        <w:rPr>
          <w:rFonts w:ascii="Calibri Light" w:hAnsi="Calibri Light" w:cs="Calibri Light"/>
        </w:rPr>
      </w:pPr>
      <w:r w:rsidRPr="006A1186">
        <w:rPr>
          <w:rFonts w:ascii="Calibri Light" w:hAnsi="Calibri Light" w:cs="Calibri Light"/>
        </w:rPr>
        <w:t>Beperkte toegang tot gegevens</w:t>
      </w:r>
    </w:p>
    <w:p w14:paraId="01ACBE55" w14:textId="3927A51C" w:rsidR="00395447" w:rsidRPr="006A1186" w:rsidRDefault="00000000" w:rsidP="006A1186">
      <w:pPr>
        <w:pStyle w:val="Lijstalinea"/>
        <w:numPr>
          <w:ilvl w:val="0"/>
          <w:numId w:val="18"/>
        </w:numPr>
        <w:spacing w:after="0" w:line="240" w:lineRule="auto"/>
        <w:rPr>
          <w:rFonts w:ascii="Calibri Light" w:hAnsi="Calibri Light" w:cs="Calibri Light"/>
        </w:rPr>
      </w:pPr>
      <w:r w:rsidRPr="006A1186">
        <w:rPr>
          <w:rFonts w:ascii="Calibri Light" w:hAnsi="Calibri Light" w:cs="Calibri Light"/>
        </w:rPr>
        <w:t>Veilige opslag van papieren documenten</w:t>
      </w:r>
    </w:p>
    <w:p w14:paraId="5B0E6E90" w14:textId="67D2FCD2" w:rsidR="00395447" w:rsidRPr="006A1186" w:rsidRDefault="00000000" w:rsidP="006A1186">
      <w:pPr>
        <w:pStyle w:val="Lijstalinea"/>
        <w:numPr>
          <w:ilvl w:val="0"/>
          <w:numId w:val="18"/>
        </w:numPr>
        <w:spacing w:after="0" w:line="240" w:lineRule="auto"/>
        <w:rPr>
          <w:rFonts w:ascii="Calibri Light" w:hAnsi="Calibri Light" w:cs="Calibri Light"/>
        </w:rPr>
      </w:pPr>
      <w:r w:rsidRPr="006A1186">
        <w:rPr>
          <w:rFonts w:ascii="Calibri Light" w:hAnsi="Calibri Light" w:cs="Calibri Light"/>
        </w:rPr>
        <w:t>Voorzichtigheid bij e-mail en WhatsApp</w:t>
      </w:r>
    </w:p>
    <w:p w14:paraId="49DABBB2" w14:textId="77777777" w:rsidR="00395447" w:rsidRPr="005E3119" w:rsidRDefault="00395447">
      <w:pPr>
        <w:rPr>
          <w:rFonts w:ascii="Calibri Light" w:hAnsi="Calibri Light" w:cs="Calibri Light"/>
        </w:rPr>
      </w:pPr>
    </w:p>
    <w:p w14:paraId="675F8696" w14:textId="77777777" w:rsidR="00395447" w:rsidRPr="00907B3F" w:rsidRDefault="00000000">
      <w:pPr>
        <w:pStyle w:val="Kop2"/>
        <w:rPr>
          <w:rFonts w:ascii="Calibri Light" w:hAnsi="Calibri Light" w:cs="Calibri Light"/>
          <w:sz w:val="32"/>
          <w:szCs w:val="32"/>
        </w:rPr>
      </w:pPr>
      <w:r w:rsidRPr="00907B3F">
        <w:rPr>
          <w:rFonts w:ascii="Calibri Light" w:hAnsi="Calibri Light" w:cs="Calibri Light"/>
          <w:sz w:val="32"/>
          <w:szCs w:val="32"/>
        </w:rPr>
        <w:t>8. Cookies</w:t>
      </w:r>
    </w:p>
    <w:p w14:paraId="56BB0A0C" w14:textId="77777777" w:rsidR="00395447" w:rsidRPr="005E3119" w:rsidRDefault="00000000" w:rsidP="005E3119">
      <w:pPr>
        <w:spacing w:after="0" w:line="240" w:lineRule="auto"/>
        <w:rPr>
          <w:rFonts w:ascii="Calibri Light" w:hAnsi="Calibri Light" w:cs="Calibri Light"/>
        </w:rPr>
      </w:pPr>
      <w:r w:rsidRPr="005E3119">
        <w:rPr>
          <w:rFonts w:ascii="Calibri Light" w:hAnsi="Calibri Light" w:cs="Calibri Light"/>
        </w:rPr>
        <w:t>Mijn website gebruikt mogelijk functionele, analytische en/of marketingcookies.</w:t>
      </w:r>
    </w:p>
    <w:p w14:paraId="607D5B3B" w14:textId="77777777" w:rsidR="00395447" w:rsidRPr="005E3119" w:rsidRDefault="00395447" w:rsidP="005E3119">
      <w:pPr>
        <w:spacing w:after="0" w:line="240" w:lineRule="auto"/>
        <w:rPr>
          <w:rFonts w:ascii="Calibri Light" w:hAnsi="Calibri Light" w:cs="Calibri Light"/>
        </w:rPr>
      </w:pPr>
    </w:p>
    <w:p w14:paraId="4421BD5A" w14:textId="77777777" w:rsidR="00395447" w:rsidRPr="005E3119" w:rsidRDefault="00000000" w:rsidP="005E3119">
      <w:pPr>
        <w:spacing w:after="0" w:line="240" w:lineRule="auto"/>
        <w:rPr>
          <w:rFonts w:ascii="Calibri Light" w:hAnsi="Calibri Light" w:cs="Calibri Light"/>
        </w:rPr>
      </w:pPr>
      <w:r w:rsidRPr="005E3119">
        <w:rPr>
          <w:rFonts w:ascii="Calibri Light" w:hAnsi="Calibri Light" w:cs="Calibri Light"/>
        </w:rPr>
        <w:t>Bij je eerste bezoek verschijnt een cookiebanner met uitleg en keuzes.</w:t>
      </w:r>
    </w:p>
    <w:p w14:paraId="5D69F425" w14:textId="77777777" w:rsidR="00395447" w:rsidRPr="005E3119" w:rsidRDefault="00395447" w:rsidP="005E3119">
      <w:pPr>
        <w:spacing w:after="0" w:line="240" w:lineRule="auto"/>
        <w:rPr>
          <w:rFonts w:ascii="Calibri Light" w:hAnsi="Calibri Light" w:cs="Calibri Light"/>
        </w:rPr>
      </w:pPr>
    </w:p>
    <w:p w14:paraId="44C81019" w14:textId="77777777" w:rsidR="00395447" w:rsidRPr="005E3119" w:rsidRDefault="00000000" w:rsidP="005E3119">
      <w:pPr>
        <w:spacing w:after="0" w:line="240" w:lineRule="auto"/>
        <w:rPr>
          <w:rFonts w:ascii="Calibri Light" w:hAnsi="Calibri Light" w:cs="Calibri Light"/>
        </w:rPr>
      </w:pPr>
      <w:r w:rsidRPr="005E3119">
        <w:rPr>
          <w:rFonts w:ascii="Calibri Light" w:hAnsi="Calibri Light" w:cs="Calibri Light"/>
        </w:rPr>
        <w:t>In het aparte cookiestatement staat welke cookies worden gebruikt en hoe je ze kunt uitschakelen.</w:t>
      </w:r>
    </w:p>
    <w:p w14:paraId="0D7DA275" w14:textId="77777777" w:rsidR="00395447" w:rsidRPr="005E3119" w:rsidRDefault="00395447">
      <w:pPr>
        <w:rPr>
          <w:rFonts w:ascii="Calibri Light" w:hAnsi="Calibri Light" w:cs="Calibri Light"/>
        </w:rPr>
      </w:pPr>
    </w:p>
    <w:p w14:paraId="2B8C690F" w14:textId="1635A04D" w:rsidR="00395447" w:rsidRPr="00907B3F" w:rsidRDefault="00000000" w:rsidP="005E3119">
      <w:pPr>
        <w:pStyle w:val="Kop2"/>
        <w:rPr>
          <w:rFonts w:ascii="Calibri Light" w:hAnsi="Calibri Light" w:cs="Calibri Light"/>
          <w:sz w:val="32"/>
          <w:szCs w:val="32"/>
        </w:rPr>
      </w:pPr>
      <w:r w:rsidRPr="00907B3F">
        <w:rPr>
          <w:rFonts w:ascii="Calibri Light" w:hAnsi="Calibri Light" w:cs="Calibri Light"/>
          <w:sz w:val="32"/>
          <w:szCs w:val="32"/>
        </w:rPr>
        <w:lastRenderedPageBreak/>
        <w:t>9. Jouw rechten</w:t>
      </w:r>
    </w:p>
    <w:p w14:paraId="44A73526" w14:textId="77777777" w:rsidR="00395447" w:rsidRPr="005E3119" w:rsidRDefault="00000000">
      <w:pPr>
        <w:pStyle w:val="Kop2"/>
        <w:rPr>
          <w:rFonts w:ascii="Calibri Light" w:hAnsi="Calibri Light" w:cs="Calibri Light"/>
          <w:b w:val="0"/>
          <w:bCs w:val="0"/>
        </w:rPr>
      </w:pPr>
      <w:r w:rsidRPr="005E3119">
        <w:rPr>
          <w:rFonts w:ascii="Calibri Light" w:hAnsi="Calibri Light" w:cs="Calibri Light"/>
          <w:b w:val="0"/>
          <w:bCs w:val="0"/>
        </w:rPr>
        <w:t>9.1 Recht op inzage</w:t>
      </w:r>
    </w:p>
    <w:p w14:paraId="13C8A051" w14:textId="1450559F" w:rsidR="00395447" w:rsidRPr="005E3119" w:rsidRDefault="00000000">
      <w:pPr>
        <w:rPr>
          <w:rFonts w:ascii="Calibri Light" w:hAnsi="Calibri Light" w:cs="Calibri Light"/>
        </w:rPr>
      </w:pPr>
      <w:r w:rsidRPr="005E3119">
        <w:rPr>
          <w:rFonts w:ascii="Calibri Light" w:hAnsi="Calibri Light" w:cs="Calibri Light"/>
        </w:rPr>
        <w:t>Je mag je volledige dossier inzien.</w:t>
      </w:r>
    </w:p>
    <w:p w14:paraId="12BB0A50" w14:textId="77777777" w:rsidR="00395447" w:rsidRPr="005E3119" w:rsidRDefault="00000000">
      <w:pPr>
        <w:pStyle w:val="Kop2"/>
        <w:rPr>
          <w:rFonts w:ascii="Calibri Light" w:hAnsi="Calibri Light" w:cs="Calibri Light"/>
          <w:b w:val="0"/>
          <w:bCs w:val="0"/>
        </w:rPr>
      </w:pPr>
      <w:r w:rsidRPr="005E3119">
        <w:rPr>
          <w:rFonts w:ascii="Calibri Light" w:hAnsi="Calibri Light" w:cs="Calibri Light"/>
          <w:b w:val="0"/>
          <w:bCs w:val="0"/>
        </w:rPr>
        <w:t>9.2 Recht op correctie</w:t>
      </w:r>
    </w:p>
    <w:p w14:paraId="2C874C19" w14:textId="77777777" w:rsidR="00395447" w:rsidRPr="005E3119" w:rsidRDefault="00000000" w:rsidP="005E3119">
      <w:pPr>
        <w:spacing w:after="0" w:line="240" w:lineRule="auto"/>
        <w:rPr>
          <w:rFonts w:ascii="Calibri Light" w:hAnsi="Calibri Light" w:cs="Calibri Light"/>
        </w:rPr>
      </w:pPr>
      <w:r w:rsidRPr="005E3119">
        <w:rPr>
          <w:rFonts w:ascii="Calibri Light" w:hAnsi="Calibri Light" w:cs="Calibri Light"/>
        </w:rPr>
        <w:t>Feitelijke fouten worden aangepast.</w:t>
      </w:r>
    </w:p>
    <w:p w14:paraId="6F52AAA0" w14:textId="38B55970" w:rsidR="00395447" w:rsidRPr="005E3119" w:rsidRDefault="00000000">
      <w:pPr>
        <w:rPr>
          <w:rFonts w:ascii="Calibri Light" w:hAnsi="Calibri Light" w:cs="Calibri Light"/>
        </w:rPr>
      </w:pPr>
      <w:r w:rsidRPr="005E3119">
        <w:rPr>
          <w:rFonts w:ascii="Calibri Light" w:hAnsi="Calibri Light" w:cs="Calibri Light"/>
        </w:rPr>
        <w:t>Professionele indrukken of behandelnotities vallen hier niet onder.</w:t>
      </w:r>
    </w:p>
    <w:p w14:paraId="5168B6DB" w14:textId="77777777" w:rsidR="00395447" w:rsidRPr="005E3119" w:rsidRDefault="00000000">
      <w:pPr>
        <w:pStyle w:val="Kop2"/>
        <w:rPr>
          <w:rFonts w:ascii="Calibri Light" w:hAnsi="Calibri Light" w:cs="Calibri Light"/>
          <w:b w:val="0"/>
          <w:bCs w:val="0"/>
        </w:rPr>
      </w:pPr>
      <w:r w:rsidRPr="005E3119">
        <w:rPr>
          <w:rFonts w:ascii="Calibri Light" w:hAnsi="Calibri Light" w:cs="Calibri Light"/>
          <w:b w:val="0"/>
          <w:bCs w:val="0"/>
        </w:rPr>
        <w:t>9.3 Recht op beperking van verwerking</w:t>
      </w:r>
    </w:p>
    <w:p w14:paraId="48B7FC8D" w14:textId="2034F129" w:rsidR="00395447" w:rsidRPr="005E3119" w:rsidRDefault="00000000">
      <w:pPr>
        <w:rPr>
          <w:rFonts w:ascii="Calibri Light" w:hAnsi="Calibri Light" w:cs="Calibri Light"/>
        </w:rPr>
      </w:pPr>
      <w:r w:rsidRPr="005E3119">
        <w:rPr>
          <w:rFonts w:ascii="Calibri Light" w:hAnsi="Calibri Light" w:cs="Calibri Light"/>
        </w:rPr>
        <w:t>Je kunt verzoeken om gegevens tijdelijk niet te gebruiken, bijvoorbeeld bij een klacht of correctieverzoek.</w:t>
      </w:r>
    </w:p>
    <w:p w14:paraId="55607E38" w14:textId="77777777" w:rsidR="00395447" w:rsidRPr="005E3119" w:rsidRDefault="00000000">
      <w:pPr>
        <w:pStyle w:val="Kop2"/>
        <w:rPr>
          <w:rFonts w:ascii="Calibri Light" w:hAnsi="Calibri Light" w:cs="Calibri Light"/>
          <w:b w:val="0"/>
          <w:bCs w:val="0"/>
        </w:rPr>
      </w:pPr>
      <w:r w:rsidRPr="005E3119">
        <w:rPr>
          <w:rFonts w:ascii="Calibri Light" w:hAnsi="Calibri Light" w:cs="Calibri Light"/>
          <w:b w:val="0"/>
          <w:bCs w:val="0"/>
        </w:rPr>
        <w:t>9.4 Recht op dataportabiliteit</w:t>
      </w:r>
    </w:p>
    <w:p w14:paraId="62D09956" w14:textId="2A1472B6" w:rsidR="00395447" w:rsidRPr="005E3119" w:rsidRDefault="00000000">
      <w:pPr>
        <w:rPr>
          <w:rFonts w:ascii="Calibri Light" w:hAnsi="Calibri Light" w:cs="Calibri Light"/>
        </w:rPr>
      </w:pPr>
      <w:r w:rsidRPr="005E3119">
        <w:rPr>
          <w:rFonts w:ascii="Calibri Light" w:hAnsi="Calibri Light" w:cs="Calibri Light"/>
        </w:rPr>
        <w:t>Je kunt een digitale kopie van je dossier opvragen voor overdracht aan een andere therapeut.</w:t>
      </w:r>
    </w:p>
    <w:p w14:paraId="7797670F" w14:textId="77777777" w:rsidR="00395447" w:rsidRPr="005E3119" w:rsidRDefault="00000000">
      <w:pPr>
        <w:pStyle w:val="Kop2"/>
        <w:rPr>
          <w:rFonts w:ascii="Calibri Light" w:hAnsi="Calibri Light" w:cs="Calibri Light"/>
          <w:b w:val="0"/>
          <w:bCs w:val="0"/>
        </w:rPr>
      </w:pPr>
      <w:r w:rsidRPr="005E3119">
        <w:rPr>
          <w:rFonts w:ascii="Calibri Light" w:hAnsi="Calibri Light" w:cs="Calibri Light"/>
          <w:b w:val="0"/>
          <w:bCs w:val="0"/>
        </w:rPr>
        <w:t>9.5 Geen recht op verwijdering van het medisch dossier</w:t>
      </w:r>
    </w:p>
    <w:p w14:paraId="36EC51E6" w14:textId="6D816829" w:rsidR="00395447" w:rsidRPr="005E3119" w:rsidRDefault="00000000">
      <w:pPr>
        <w:rPr>
          <w:rFonts w:ascii="Calibri Light" w:hAnsi="Calibri Light" w:cs="Calibri Light"/>
        </w:rPr>
      </w:pPr>
      <w:r w:rsidRPr="005E3119">
        <w:rPr>
          <w:rFonts w:ascii="Calibri Light" w:hAnsi="Calibri Light" w:cs="Calibri Light"/>
        </w:rPr>
        <w:t>Het dossier mag niet worden verwijderd binnen de bewaarplicht van 20 jaar.</w:t>
      </w:r>
    </w:p>
    <w:p w14:paraId="230EB687" w14:textId="77777777" w:rsidR="00395447" w:rsidRPr="005E3119" w:rsidRDefault="00000000">
      <w:pPr>
        <w:pStyle w:val="Kop2"/>
        <w:rPr>
          <w:rFonts w:ascii="Calibri Light" w:hAnsi="Calibri Light" w:cs="Calibri Light"/>
          <w:b w:val="0"/>
          <w:bCs w:val="0"/>
        </w:rPr>
      </w:pPr>
      <w:r w:rsidRPr="005E3119">
        <w:rPr>
          <w:rFonts w:ascii="Calibri Light" w:hAnsi="Calibri Light" w:cs="Calibri Light"/>
          <w:b w:val="0"/>
          <w:bCs w:val="0"/>
        </w:rPr>
        <w:t>9.6 Intrekken van toestemming</w:t>
      </w:r>
    </w:p>
    <w:p w14:paraId="067D27F2" w14:textId="77777777" w:rsidR="00395447" w:rsidRPr="005E3119" w:rsidRDefault="00000000" w:rsidP="005E3119">
      <w:pPr>
        <w:spacing w:line="240" w:lineRule="auto"/>
        <w:rPr>
          <w:rFonts w:ascii="Calibri Light" w:hAnsi="Calibri Light" w:cs="Calibri Light"/>
        </w:rPr>
      </w:pPr>
      <w:r w:rsidRPr="005E3119">
        <w:rPr>
          <w:rFonts w:ascii="Calibri Light" w:hAnsi="Calibri Light" w:cs="Calibri Light"/>
        </w:rPr>
        <w:t>Je kunt toestemming intrekken voor:</w:t>
      </w:r>
    </w:p>
    <w:p w14:paraId="0A722CA9" w14:textId="77777777" w:rsidR="00395447" w:rsidRPr="005E3119" w:rsidRDefault="00000000" w:rsidP="005E3119">
      <w:pPr>
        <w:spacing w:after="0" w:line="240" w:lineRule="auto"/>
        <w:rPr>
          <w:rFonts w:ascii="Calibri Light" w:hAnsi="Calibri Light" w:cs="Calibri Light"/>
        </w:rPr>
      </w:pPr>
      <w:r w:rsidRPr="005E3119">
        <w:rPr>
          <w:rFonts w:ascii="Calibri Light" w:hAnsi="Calibri Light" w:cs="Calibri Light"/>
        </w:rPr>
        <w:t>- delen van gegevens met derden</w:t>
      </w:r>
    </w:p>
    <w:p w14:paraId="5927F648" w14:textId="77777777" w:rsidR="00395447" w:rsidRPr="005E3119" w:rsidRDefault="00000000" w:rsidP="005E3119">
      <w:pPr>
        <w:spacing w:after="0" w:line="240" w:lineRule="auto"/>
        <w:rPr>
          <w:rFonts w:ascii="Calibri Light" w:hAnsi="Calibri Light" w:cs="Calibri Light"/>
        </w:rPr>
      </w:pPr>
      <w:r w:rsidRPr="005E3119">
        <w:rPr>
          <w:rFonts w:ascii="Calibri Light" w:hAnsi="Calibri Light" w:cs="Calibri Light"/>
        </w:rPr>
        <w:t>- marketingmails</w:t>
      </w:r>
    </w:p>
    <w:p w14:paraId="6D200C68" w14:textId="77777777" w:rsidR="00395447" w:rsidRPr="005E3119" w:rsidRDefault="00000000" w:rsidP="005E3119">
      <w:pPr>
        <w:spacing w:after="0" w:line="240" w:lineRule="auto"/>
        <w:rPr>
          <w:rFonts w:ascii="Calibri Light" w:hAnsi="Calibri Light" w:cs="Calibri Light"/>
        </w:rPr>
      </w:pPr>
      <w:r w:rsidRPr="005E3119">
        <w:rPr>
          <w:rFonts w:ascii="Calibri Light" w:hAnsi="Calibri Light" w:cs="Calibri Light"/>
        </w:rPr>
        <w:t>- cookies</w:t>
      </w:r>
    </w:p>
    <w:p w14:paraId="473EEE9A" w14:textId="1F076E7D" w:rsidR="00395447" w:rsidRPr="005E3119" w:rsidRDefault="005E3119" w:rsidP="00D94DD0">
      <w:pPr>
        <w:spacing w:line="240" w:lineRule="auto"/>
        <w:rPr>
          <w:rFonts w:ascii="Calibri Light" w:hAnsi="Calibri Light" w:cs="Calibri Light"/>
        </w:rPr>
      </w:pPr>
      <w:r>
        <w:rPr>
          <w:rFonts w:ascii="Calibri Light" w:hAnsi="Calibri Light" w:cs="Calibri Light"/>
        </w:rPr>
        <w:br/>
      </w:r>
      <w:r w:rsidRPr="005E3119">
        <w:rPr>
          <w:rFonts w:ascii="Calibri Light" w:hAnsi="Calibri Light" w:cs="Calibri Light"/>
        </w:rPr>
        <w:t>Niet voor de bewaarplicht van het dossier.</w:t>
      </w:r>
      <w:r w:rsidR="00D94DD0">
        <w:rPr>
          <w:rFonts w:ascii="Calibri Light" w:hAnsi="Calibri Light" w:cs="Calibri Light"/>
        </w:rPr>
        <w:br/>
      </w:r>
    </w:p>
    <w:p w14:paraId="5454625C" w14:textId="77777777" w:rsidR="00395447" w:rsidRPr="00907B3F" w:rsidRDefault="00000000">
      <w:pPr>
        <w:pStyle w:val="Kop2"/>
        <w:rPr>
          <w:rFonts w:ascii="Calibri Light" w:hAnsi="Calibri Light" w:cs="Calibri Light"/>
          <w:sz w:val="32"/>
          <w:szCs w:val="32"/>
        </w:rPr>
      </w:pPr>
      <w:r w:rsidRPr="00907B3F">
        <w:rPr>
          <w:rFonts w:ascii="Calibri Light" w:hAnsi="Calibri Light" w:cs="Calibri Light"/>
          <w:sz w:val="32"/>
          <w:szCs w:val="32"/>
        </w:rPr>
        <w:t>10. Klachten</w:t>
      </w:r>
    </w:p>
    <w:p w14:paraId="0A7F6EC5" w14:textId="57DF87AA" w:rsidR="00395447" w:rsidRPr="005E3119" w:rsidRDefault="00000000">
      <w:pPr>
        <w:rPr>
          <w:rFonts w:ascii="Calibri Light" w:hAnsi="Calibri Light" w:cs="Calibri Light"/>
        </w:rPr>
      </w:pPr>
      <w:r w:rsidRPr="005E3119">
        <w:rPr>
          <w:rFonts w:ascii="Calibri Light" w:hAnsi="Calibri Light" w:cs="Calibri Light"/>
        </w:rPr>
        <w:t>Heb je een klacht over privacy of gegevensverwerking?</w:t>
      </w:r>
    </w:p>
    <w:p w14:paraId="55C942AC" w14:textId="77777777" w:rsidR="00395447" w:rsidRPr="00D94DD0" w:rsidRDefault="00000000" w:rsidP="00D94DD0">
      <w:pPr>
        <w:pStyle w:val="Kop2"/>
        <w:spacing w:before="0"/>
        <w:rPr>
          <w:rFonts w:ascii="Calibri Light" w:hAnsi="Calibri Light" w:cs="Calibri Light"/>
          <w:b w:val="0"/>
          <w:bCs w:val="0"/>
          <w:color w:val="auto"/>
          <w:sz w:val="20"/>
          <w:szCs w:val="20"/>
        </w:rPr>
      </w:pPr>
      <w:r w:rsidRPr="00D94DD0">
        <w:rPr>
          <w:rFonts w:ascii="Calibri Light" w:hAnsi="Calibri Light" w:cs="Calibri Light"/>
          <w:b w:val="0"/>
          <w:bCs w:val="0"/>
          <w:color w:val="auto"/>
          <w:sz w:val="20"/>
          <w:szCs w:val="20"/>
        </w:rPr>
        <w:t>1. Neem contact op met mij</w:t>
      </w:r>
    </w:p>
    <w:p w14:paraId="250FA8C9" w14:textId="77777777" w:rsidR="00395447" w:rsidRPr="00D94DD0" w:rsidRDefault="00000000" w:rsidP="00D94DD0">
      <w:pPr>
        <w:pStyle w:val="Kop2"/>
        <w:spacing w:before="0"/>
        <w:rPr>
          <w:rFonts w:ascii="Calibri Light" w:hAnsi="Calibri Light" w:cs="Calibri Light"/>
          <w:b w:val="0"/>
          <w:bCs w:val="0"/>
          <w:color w:val="auto"/>
          <w:sz w:val="20"/>
          <w:szCs w:val="20"/>
        </w:rPr>
      </w:pPr>
      <w:r w:rsidRPr="00D94DD0">
        <w:rPr>
          <w:rFonts w:ascii="Calibri Light" w:hAnsi="Calibri Light" w:cs="Calibri Light"/>
          <w:b w:val="0"/>
          <w:bCs w:val="0"/>
          <w:color w:val="auto"/>
          <w:sz w:val="20"/>
          <w:szCs w:val="20"/>
        </w:rPr>
        <w:t>2. Klacht via mijn beroepsorganisatie (CAT)</w:t>
      </w:r>
    </w:p>
    <w:p w14:paraId="64CAFADD" w14:textId="77777777" w:rsidR="00395447" w:rsidRPr="00D94DD0" w:rsidRDefault="00000000" w:rsidP="00D94DD0">
      <w:pPr>
        <w:pStyle w:val="Kop2"/>
        <w:spacing w:before="0"/>
        <w:rPr>
          <w:rFonts w:ascii="Calibri Light" w:hAnsi="Calibri Light" w:cs="Calibri Light"/>
          <w:b w:val="0"/>
          <w:bCs w:val="0"/>
          <w:color w:val="auto"/>
          <w:sz w:val="20"/>
          <w:szCs w:val="20"/>
        </w:rPr>
      </w:pPr>
      <w:r w:rsidRPr="00D94DD0">
        <w:rPr>
          <w:rFonts w:ascii="Calibri Light" w:hAnsi="Calibri Light" w:cs="Calibri Light"/>
          <w:b w:val="0"/>
          <w:bCs w:val="0"/>
          <w:color w:val="auto"/>
          <w:sz w:val="20"/>
          <w:szCs w:val="20"/>
        </w:rPr>
        <w:t>3. Geschillencommissie GAT</w:t>
      </w:r>
    </w:p>
    <w:p w14:paraId="2EA538CA" w14:textId="3097F147" w:rsidR="00395447" w:rsidRPr="005E3119" w:rsidRDefault="00000000" w:rsidP="00D94DD0">
      <w:pPr>
        <w:pStyle w:val="Kop2"/>
        <w:spacing w:before="0"/>
        <w:rPr>
          <w:rFonts w:ascii="Calibri Light" w:hAnsi="Calibri Light" w:cs="Calibri Light"/>
        </w:rPr>
      </w:pPr>
      <w:r w:rsidRPr="00D94DD0">
        <w:rPr>
          <w:rFonts w:ascii="Calibri Light" w:hAnsi="Calibri Light" w:cs="Calibri Light"/>
          <w:b w:val="0"/>
          <w:bCs w:val="0"/>
          <w:color w:val="auto"/>
          <w:sz w:val="20"/>
          <w:szCs w:val="20"/>
        </w:rPr>
        <w:t>4. Autoriteit Persoonsgegevens (AP)</w:t>
      </w:r>
      <w:r w:rsidR="00D94DD0">
        <w:rPr>
          <w:rFonts w:ascii="Calibri Light" w:hAnsi="Calibri Light" w:cs="Calibri Light"/>
          <w:b w:val="0"/>
          <w:bCs w:val="0"/>
          <w:color w:val="auto"/>
          <w:sz w:val="20"/>
          <w:szCs w:val="20"/>
        </w:rPr>
        <w:br/>
      </w:r>
      <w:r w:rsidR="00D94DD0">
        <w:rPr>
          <w:rFonts w:ascii="Calibri Light" w:hAnsi="Calibri Light" w:cs="Calibri Light"/>
        </w:rPr>
        <w:br/>
      </w:r>
      <w:r w:rsidRPr="00907B3F">
        <w:rPr>
          <w:rFonts w:ascii="Calibri Light" w:hAnsi="Calibri Light" w:cs="Calibri Light"/>
          <w:sz w:val="32"/>
          <w:szCs w:val="32"/>
        </w:rPr>
        <w:t>11. Contact</w:t>
      </w:r>
    </w:p>
    <w:p w14:paraId="1380682A" w14:textId="77777777" w:rsidR="00395447" w:rsidRPr="005E3119" w:rsidRDefault="00000000">
      <w:pPr>
        <w:rPr>
          <w:rFonts w:ascii="Calibri Light" w:hAnsi="Calibri Light" w:cs="Calibri Light"/>
        </w:rPr>
      </w:pPr>
      <w:r w:rsidRPr="005E3119">
        <w:rPr>
          <w:rFonts w:ascii="Calibri Light" w:hAnsi="Calibri Light" w:cs="Calibri Light"/>
        </w:rPr>
        <w:t>Voor privacyvragen of verzoeken:</w:t>
      </w:r>
    </w:p>
    <w:p w14:paraId="6C4E8886" w14:textId="413B445B" w:rsidR="00395447" w:rsidRPr="005E3119" w:rsidRDefault="00D94DD0">
      <w:pPr>
        <w:rPr>
          <w:rFonts w:ascii="Calibri Light" w:hAnsi="Calibri Light" w:cs="Calibri Light"/>
        </w:rPr>
      </w:pPr>
      <w:r>
        <w:rPr>
          <w:rFonts w:ascii="Calibri Light" w:hAnsi="Calibri Light" w:cs="Calibri Light"/>
        </w:rPr>
        <w:t>Elly van Hoof – Natura Novit</w:t>
      </w:r>
      <w:r>
        <w:rPr>
          <w:rFonts w:ascii="Calibri Light" w:hAnsi="Calibri Light" w:cs="Calibri Light"/>
        </w:rPr>
        <w:br/>
        <w:t xml:space="preserve">email: </w:t>
      </w:r>
      <w:hyperlink r:id="rId7" w:history="1">
        <w:r w:rsidRPr="00A320CD">
          <w:rPr>
            <w:rStyle w:val="Hyperlink"/>
            <w:rFonts w:ascii="Calibri Light" w:hAnsi="Calibri Light" w:cs="Calibri Light"/>
          </w:rPr>
          <w:t>naturanovit@caiway.net</w:t>
        </w:r>
      </w:hyperlink>
      <w:r>
        <w:rPr>
          <w:rFonts w:ascii="Calibri Light" w:hAnsi="Calibri Light" w:cs="Calibri Light"/>
        </w:rPr>
        <w:br/>
        <w:t>tel: 053-4360140</w:t>
      </w:r>
    </w:p>
    <w:sectPr w:rsidR="00395447" w:rsidRPr="005E311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2A0E046D"/>
    <w:multiLevelType w:val="hybridMultilevel"/>
    <w:tmpl w:val="1570A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DF3863"/>
    <w:multiLevelType w:val="hybridMultilevel"/>
    <w:tmpl w:val="D5A6CE58"/>
    <w:lvl w:ilvl="0" w:tplc="4D24DC4E">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4AF84379"/>
    <w:multiLevelType w:val="hybridMultilevel"/>
    <w:tmpl w:val="84EE4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33970DE"/>
    <w:multiLevelType w:val="hybridMultilevel"/>
    <w:tmpl w:val="7264F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9F2B29"/>
    <w:multiLevelType w:val="hybridMultilevel"/>
    <w:tmpl w:val="E0469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0E73BF2"/>
    <w:multiLevelType w:val="hybridMultilevel"/>
    <w:tmpl w:val="F844E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2313610"/>
    <w:multiLevelType w:val="hybridMultilevel"/>
    <w:tmpl w:val="90628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5E21E50"/>
    <w:multiLevelType w:val="hybridMultilevel"/>
    <w:tmpl w:val="38BA9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A821DAD"/>
    <w:multiLevelType w:val="hybridMultilevel"/>
    <w:tmpl w:val="002A83F4"/>
    <w:lvl w:ilvl="0" w:tplc="04130001">
      <w:start w:val="1"/>
      <w:numFmt w:val="bullet"/>
      <w:lvlText w:val=""/>
      <w:lvlJc w:val="left"/>
      <w:pPr>
        <w:ind w:left="720" w:hanging="360"/>
      </w:pPr>
      <w:rPr>
        <w:rFonts w:ascii="Symbol" w:hAnsi="Symbol" w:hint="default"/>
      </w:rPr>
    </w:lvl>
    <w:lvl w:ilvl="1" w:tplc="EF623D12">
      <w:start w:val="2"/>
      <w:numFmt w:val="bullet"/>
      <w:lvlText w:val="-"/>
      <w:lvlJc w:val="left"/>
      <w:pPr>
        <w:ind w:left="1440" w:hanging="360"/>
      </w:pPr>
      <w:rPr>
        <w:rFonts w:ascii="Calibri Light" w:eastAsiaTheme="minorEastAsia" w:hAnsi="Calibri Light" w:cs="Calibri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8930873">
    <w:abstractNumId w:val="8"/>
  </w:num>
  <w:num w:numId="2" w16cid:durableId="1151865459">
    <w:abstractNumId w:val="6"/>
  </w:num>
  <w:num w:numId="3" w16cid:durableId="586816480">
    <w:abstractNumId w:val="5"/>
  </w:num>
  <w:num w:numId="4" w16cid:durableId="1485394160">
    <w:abstractNumId w:val="4"/>
  </w:num>
  <w:num w:numId="5" w16cid:durableId="1539590729">
    <w:abstractNumId w:val="7"/>
  </w:num>
  <w:num w:numId="6" w16cid:durableId="643580093">
    <w:abstractNumId w:val="3"/>
  </w:num>
  <w:num w:numId="7" w16cid:durableId="1249313402">
    <w:abstractNumId w:val="2"/>
  </w:num>
  <w:num w:numId="8" w16cid:durableId="286354605">
    <w:abstractNumId w:val="1"/>
  </w:num>
  <w:num w:numId="9" w16cid:durableId="375131824">
    <w:abstractNumId w:val="0"/>
  </w:num>
  <w:num w:numId="10" w16cid:durableId="355737628">
    <w:abstractNumId w:val="17"/>
  </w:num>
  <w:num w:numId="11" w16cid:durableId="504127719">
    <w:abstractNumId w:val="10"/>
  </w:num>
  <w:num w:numId="12" w16cid:durableId="1386685194">
    <w:abstractNumId w:val="15"/>
  </w:num>
  <w:num w:numId="13" w16cid:durableId="1806970104">
    <w:abstractNumId w:val="12"/>
  </w:num>
  <w:num w:numId="14" w16cid:durableId="104085071">
    <w:abstractNumId w:val="9"/>
  </w:num>
  <w:num w:numId="15" w16cid:durableId="61484290">
    <w:abstractNumId w:val="14"/>
  </w:num>
  <w:num w:numId="16" w16cid:durableId="505368699">
    <w:abstractNumId w:val="13"/>
  </w:num>
  <w:num w:numId="17" w16cid:durableId="2050493722">
    <w:abstractNumId w:val="11"/>
  </w:num>
  <w:num w:numId="18" w16cid:durableId="4748759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5621E"/>
    <w:rsid w:val="00273593"/>
    <w:rsid w:val="0029639D"/>
    <w:rsid w:val="00326F90"/>
    <w:rsid w:val="00395447"/>
    <w:rsid w:val="0052028A"/>
    <w:rsid w:val="00543397"/>
    <w:rsid w:val="005E3119"/>
    <w:rsid w:val="006A1186"/>
    <w:rsid w:val="00700253"/>
    <w:rsid w:val="00907B3F"/>
    <w:rsid w:val="00941BDE"/>
    <w:rsid w:val="0096767E"/>
    <w:rsid w:val="00AA1D8D"/>
    <w:rsid w:val="00AB46CE"/>
    <w:rsid w:val="00B47730"/>
    <w:rsid w:val="00CB0664"/>
    <w:rsid w:val="00D94DD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D5C602"/>
  <w14:defaultImageDpi w14:val="300"/>
  <w15:docId w15:val="{92204EFB-83B3-4438-9F13-C299D5E9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lang w:val="nl-N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Standaardalinea-lettertype"/>
    <w:uiPriority w:val="99"/>
    <w:unhideWhenUsed/>
    <w:rsid w:val="0025621E"/>
    <w:rPr>
      <w:color w:val="0000FF" w:themeColor="hyperlink"/>
      <w:u w:val="single"/>
    </w:rPr>
  </w:style>
  <w:style w:type="character" w:styleId="Onopgelostemelding">
    <w:name w:val="Unresolved Mention"/>
    <w:basedOn w:val="Standaardalinea-lettertype"/>
    <w:uiPriority w:val="99"/>
    <w:semiHidden/>
    <w:unhideWhenUsed/>
    <w:rsid w:val="00256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aturanovit@caiway.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turanovit@caiway.ne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748</Words>
  <Characters>4114</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4853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Elly van Hoof</cp:lastModifiedBy>
  <cp:revision>5</cp:revision>
  <dcterms:created xsi:type="dcterms:W3CDTF">2025-12-12T14:30:00Z</dcterms:created>
  <dcterms:modified xsi:type="dcterms:W3CDTF">2026-01-24T14:35:00Z</dcterms:modified>
  <cp:category/>
</cp:coreProperties>
</file>